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Safety Critical Work Competency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Record for a person doing safety critical work on a transport system, in the terms of regulation 24 of the Railways and Other Guided Transport Systems (Safety) Regulations 2006. Answers come only from the assessment records.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Dean Mortimer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COSS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Record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MF-7714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Controller of safety critical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Controller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Hartwell &amp; Stone Rail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Employer or agency, if different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Marlowe &amp; Fenn Rail Labour Ltd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Sentinel number, if any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7000001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Location or route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Hatherley Junction renewals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Safety critical tasks and assessment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778"/>
        <w:gridCol w:w="2778"/>
        <w:gridCol w:w="1814"/>
        <w:gridCol w:w="1247"/>
        <w:gridCol w:w="1361"/>
      </w:tblGrid>
      <w:tr>
        <w:trPr>
          <w:tblHeader/>
          <w:cantSplit/>
        </w:trPr>
        <w:tc>
          <w:tcPr>
            <w:tcW w:type="dxa" w:w="277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Task</w:t>
            </w:r>
          </w:p>
        </w:tc>
        <w:tc>
          <w:tcPr>
            <w:tcW w:type="dxa" w:w="277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Criteria assessed against</w:t>
            </w:r>
          </w:p>
        </w:tc>
        <w:tc>
          <w:tcPr>
            <w:tcW w:type="dxa" w:w="181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Assessor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Assessed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Next due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Controller of Site Safety</w:t>
            </w:r>
          </w:p>
        </w:tc>
        <w:tc>
          <w:tcPr>
            <w:tcW w:type="dxa" w:w="27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Company competence standard CS-11 rev 4</w:t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N. Gale, competence assessor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14/03/2025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13/03/2027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Handsignaller</w:t>
            </w:r>
          </w:p>
        </w:tc>
        <w:tc>
          <w:tcPr>
            <w:tcW w:type="dxa" w:w="27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Company competence standard CS-07 rev 3</w:t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N. Gale, competence assessor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02/10/2024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01/10/2026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6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Fitness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Fitness assessed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Fernhill Occupational Health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assessed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09/01/2025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Next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08/01/2027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Criteria assessed against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Occupational health provider standard, as recorded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Fit for safety critical work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Outcome only. Medical details do not belong on this record.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Monitoring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Arrangements for monitoring competence and fitness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Six-monthly workplace observation by line manager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Last monitoring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12/09/2026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Next monitoring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03/2027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Reviews and reassessments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 review is needed where there is reason to doubt competence or fitness, or a significant change.</w:t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361"/>
        <w:gridCol w:w="5783"/>
        <w:gridCol w:w="2835"/>
      </w:tblGrid>
      <w:tr>
        <w:trPr>
          <w:tblHeader/>
          <w:cantSplit/>
        </w:trPr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</w:t>
            </w:r>
          </w:p>
        </w:tc>
        <w:tc>
          <w:tcPr>
            <w:tcW w:type="dxa" w:w="5783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Reason</w:t>
            </w:r>
          </w:p>
        </w:tc>
        <w:tc>
          <w:tcPr>
            <w:tcW w:type="dxa" w:w="2835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Outcome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05/06/2026</w:t>
            </w:r>
          </w:p>
        </w:tc>
        <w:tc>
          <w:tcPr>
            <w:tcW w:type="dxa" w:w="578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Near miss at Hatherley Junction</w:t>
            </w:r>
          </w:p>
        </w:tc>
        <w:tc>
          <w:tcPr>
            <w:tcW w:type="dxa" w:w="283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Briefing given; no reassessment needed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Sharing this record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Record or summary shown to (controller or operator)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Hartwell &amp; Stone Rail Ltd, Principal Contractor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01/10/2026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Marlowe &amp; Fenn Rail Labour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for this record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Handsignaller reassessment: expired 01/10/2026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Safety Critical Work Competency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Record for a person doing safety critical work on a transport system, in the terms of regulation 24 of the Railways and Other Guided Transport Systems (Safety) Regulations 2006. Answers come only from the assessment records.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Oluwaseun Ade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Lookout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Record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MF-7731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Controller of safety critical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Controller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Marlowe &amp; Fenn Rail Labour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Employer or agency, if different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Sentinel number, if any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7000002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Location or route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Safety critical tasks and assessment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778"/>
        <w:gridCol w:w="2778"/>
        <w:gridCol w:w="1814"/>
        <w:gridCol w:w="1247"/>
        <w:gridCol w:w="1361"/>
      </w:tblGrid>
      <w:tr>
        <w:trPr>
          <w:tblHeader/>
          <w:cantSplit/>
        </w:trPr>
        <w:tc>
          <w:tcPr>
            <w:tcW w:type="dxa" w:w="277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Task</w:t>
            </w:r>
          </w:p>
        </w:tc>
        <w:tc>
          <w:tcPr>
            <w:tcW w:type="dxa" w:w="277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Criteria assessed against</w:t>
            </w:r>
          </w:p>
        </w:tc>
        <w:tc>
          <w:tcPr>
            <w:tcW w:type="dxa" w:w="181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Assessor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Assessed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Next due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Lookout</w:t>
            </w:r>
          </w:p>
        </w:tc>
        <w:tc>
          <w:tcPr>
            <w:tcW w:type="dxa" w:w="27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18/09/2026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Fitness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Fitness assessed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assessed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Next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Criteria assessed against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Outcome only. Medical details do not belong on this record.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Monitoring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Arrangements for monitoring competence and fitness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Last monitoring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Next monitoring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Reviews and reassessments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 review is needed where there is reason to doubt competence or fitness, or a significant change.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reviews recorded.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Sharing this record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Record or summary shown to (controller or operator)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Marlowe &amp; Fenn Rail Labour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for this record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Criteria the Lookout assessment was made against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Assessor’s name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Fitness assessment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Monitoring arrangements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Safety Critical Work Competency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Record for a person doing safety critical work on a transport system, in the terms of regulation 24 of the Railways and Other Guided Transport Systems (Safety) Regulations 2006. Answers come only from the assessment records.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Helen Dyson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Shunter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Record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HS-0442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Controller of safety critical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Controller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Hartwell &amp; Stone Rail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Employer or agency, if different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Sentinel number, if any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Location or route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Tamebridge depot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Safety critical tasks and assessment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778"/>
        <w:gridCol w:w="2778"/>
        <w:gridCol w:w="1814"/>
        <w:gridCol w:w="1247"/>
        <w:gridCol w:w="1361"/>
      </w:tblGrid>
      <w:tr>
        <w:trPr>
          <w:tblHeader/>
          <w:cantSplit/>
        </w:trPr>
        <w:tc>
          <w:tcPr>
            <w:tcW w:type="dxa" w:w="277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Task</w:t>
            </w:r>
          </w:p>
        </w:tc>
        <w:tc>
          <w:tcPr>
            <w:tcW w:type="dxa" w:w="277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Criteria assessed against</w:t>
            </w:r>
          </w:p>
        </w:tc>
        <w:tc>
          <w:tcPr>
            <w:tcW w:type="dxa" w:w="181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Assessor</w:t>
            </w:r>
          </w:p>
        </w:tc>
        <w:tc>
          <w:tcPr>
            <w:tcW w:type="dxa" w:w="1247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Assessed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Next due</w:t>
            </w:r>
          </w:p>
        </w:tc>
      </w:tr>
      <w:tr>
        <w:trPr>
          <w:cantSplit/>
        </w:trPr>
        <w:tc>
          <w:tcPr>
            <w:tcW w:type="dxa" w:w="27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Shunting in depot limits</w:t>
            </w:r>
          </w:p>
        </w:tc>
        <w:tc>
          <w:tcPr>
            <w:tcW w:type="dxa" w:w="27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Depot competence standard DC-3 rev 2</w:t>
            </w:r>
          </w:p>
        </w:tc>
        <w:tc>
          <w:tcPr>
            <w:tcW w:type="dxa" w:w="181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T. Sharma, depot assessor</w:t>
            </w:r>
          </w:p>
        </w:tc>
        <w:tc>
          <w:tcPr>
            <w:tcW w:type="dxa" w:w="1247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11/11/2025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10/11/2027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Fitness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Fitness assessed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Fernhill Occupational Health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assessed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20/02/2024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Next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19/02/2029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Criteria assessed against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Occupational health provider standard, as recorded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Fit</w:t>
            </w:r>
          </w:p>
        </w:tc>
      </w:tr>
    </w:tbl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Outcome only. Medical details do not belong on this record.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Monitoring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Arrangements for monitoring competence and fitness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Annual depot observation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Last monitoring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14/05/2026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Next monitoring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05/2027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Reviews and reassessments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8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A review is needed where there is reason to doubt competence or fitness, or a significant change.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reviews recorded.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Sharing this record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Record or summary shown to (controller or operator)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Hartwell &amp; Stone Rail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07" w:left="964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agencies and employers in rail. Not an official form.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Safety Critical Work Competency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Critical Work Competency Record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