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Callum Reid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Offshore mechanical technician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Offshore survival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OPITO FOET with CA-EBS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Survival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22/06/2028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Offshore medical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OEUK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Medical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03/02/2027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Rotation offered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2 on / 3 off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From 15/11/2026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Aberdeen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Heliport / port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Aberdeen heliport</w:t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Mechanical technician with 11 years on Central North Sea platforms. Rotating equipment, pumps and compressors. Permit to work performing authority.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Certificates and competences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330"/>
        <w:gridCol w:w="2381"/>
        <w:gridCol w:w="2041"/>
      </w:tblGrid>
      <w:tr>
        <w:trPr>
          <w:tblHeader/>
        </w:trPr>
        <w:tc>
          <w:tcPr>
            <w:tcW w:type="dxa" w:w="533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Certificate</w:t>
            </w:r>
          </w:p>
        </w:tc>
        <w:tc>
          <w:tcPr>
            <w:tcW w:type="dxa" w:w="238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Provider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533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OPITO MIST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Bon Accord Safety Training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3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Compressed air breathing apparatus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Bon Accord Safety Training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11/05/2026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7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33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Level 3 Mechanical Maintenance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North East Scotland College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Offshore and energy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5727"/>
        <w:gridCol w:w="2154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5727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Asset, field or site and operator</w:t>
            </w:r>
          </w:p>
        </w:tc>
        <w:tc>
          <w:tcPr>
            <w:tcW w:type="dxa" w:w="2154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Role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06/2019 - 10/2026</w:t>
            </w:r>
          </w:p>
        </w:tc>
        <w:tc>
          <w:tcPr>
            <w:tcW w:type="dxa" w:w="5727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Sula Alpha platform, Kittiwake Energy Ltd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Mechanical technician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03/2015 - 05/2019</w:t>
            </w:r>
          </w:p>
        </w:tc>
        <w:tc>
          <w:tcPr>
            <w:tcW w:type="dxa" w:w="5727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Forth &amp; Tay Offshore Services, various assets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Mechanical technician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Certificates and dates are as stated. Verify certificates with the issuer and confirm what the duty holder requires before mobilising.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Mairi MacLeod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Wind turbine technician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Offshore survival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Survival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Offshore medical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ENG1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Medical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19/09/2026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Rotation offered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12 hour days, 2 weeks on / 2 off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Immediately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Stornoway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Heliport / port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Stornoway port</w:t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Offshore wind technician, three seasons on turbine commissioning from a service operation vessel.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Certificates and competences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330"/>
        <w:gridCol w:w="2381"/>
        <w:gridCol w:w="2041"/>
      </w:tblGrid>
      <w:tr>
        <w:trPr>
          <w:tblHeader/>
        </w:trPr>
        <w:tc>
          <w:tcPr>
            <w:tcW w:type="dxa" w:w="533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Certificate</w:t>
            </w:r>
          </w:p>
        </w:tc>
        <w:tc>
          <w:tcPr>
            <w:tcW w:type="dxa" w:w="238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Provider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533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Working at height and rescue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Hebrides Marine Skills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06/04/2027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Offshore and energy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5727"/>
        <w:gridCol w:w="2154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5727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Asset, field or site and operator</w:t>
            </w:r>
          </w:p>
        </w:tc>
        <w:tc>
          <w:tcPr>
            <w:tcW w:type="dxa" w:w="2154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Role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04/2023 - 09/2026</w:t>
            </w:r>
          </w:p>
        </w:tc>
        <w:tc>
          <w:tcPr>
            <w:tcW w:type="dxa" w:w="5727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Skerry Bank Offshore Wind Farm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Turbine technician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Certificates and dates are as stated. Verify certificates with the issuer and confirm what the duty holder requires before mobilising.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Stuart Paterson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Instrument technician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Offshore survival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OPITO BOSIET with CA-EBS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Survival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08/12/2026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Offshore medical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OEUK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Medical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30/07/2027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Rotation offered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3 on / 3 off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Dundee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Heliport / port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Certificates and competences</w:t>
      </w:r>
    </w:p>
    <w:p>
      <w:pPr>
        <w:spacing w:before="0" w:after="0"/>
      </w:pPr>
      <w:r>
        <w:rPr>
          <w:rFonts w:ascii="Calibri" w:hAnsi="Calibri" w:eastAsia="Calibri" w:cs="Calibri"/>
          <w:b w:val="0"/>
          <w:i/>
          <w:color w:val="6B6B6B"/>
          <w:sz w:val="18"/>
        </w:rPr>
        <w:t>No certificates stated.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Offshore and energy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5727"/>
        <w:gridCol w:w="2154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5727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Asset, field or site and operator</w:t>
            </w:r>
          </w:p>
        </w:tc>
        <w:tc>
          <w:tcPr>
            <w:tcW w:type="dxa" w:w="2154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Role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2021 - 2026</w:t>
            </w:r>
          </w:p>
        </w:tc>
        <w:tc>
          <w:tcPr>
            <w:tcW w:type="dxa" w:w="5727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Rig &amp; Reach Drilling Ltd, jack-up fleet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Instrument technician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Certificates and dates are as stated. Verify certificates with the issuer and confirm what the duty holder requires before mobilising.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907" w:left="1077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agencies supplying offshore and energy clients. Not an official form.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Offshore Worker Profile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Offshore Worker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