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Full Employment History and Gaps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Schedule 3, paragraph 7 asks for a full employment history with a satisfactory written explanation of any gaps. Dates come only from the worker’s documents. An explanation is the worker’s own, never ours.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Comfort Adeyemi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care assistant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HL-2291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history, most recent first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2381"/>
        <w:gridCol w:w="2041"/>
        <w:gridCol w:w="1361"/>
        <w:gridCol w:w="1814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Position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Care or vulnerable people work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Reason it ended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04/2021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08/2026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Longmeadow &amp; Rise Care Home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Senior care assistant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Yes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Moved to agency work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01/2019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02/2021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Wyre Home Care Ltd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Care assistant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Yes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Service closed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09/2016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12/2018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Telford College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Student, Health and Social Care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Completed course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 and the worker’s written explanation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gap is listed only where the stated dates show one. A blank explanation means none is held.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247"/>
        <w:gridCol w:w="4309"/>
        <w:gridCol w:w="1928"/>
        <w:gridCol w:w="1247"/>
      </w:tblGrid>
      <w:tr>
        <w:trPr>
          <w:tblHeader/>
          <w:cantSplit/>
        </w:trPr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Gap from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Gap to</w:t>
            </w:r>
          </w:p>
        </w:tc>
        <w:tc>
          <w:tcPr>
            <w:tcW w:type="dxa" w:w="4309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Explanation in the worker’s words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Where it was written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 given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02/2021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04/2021</w:t>
            </w:r>
          </w:p>
        </w:tc>
        <w:tc>
          <w:tcPr>
            <w:tcW w:type="dxa" w:w="430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Looking after my mother after her operation.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Application form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12/10/2026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R. Lea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 confirmed this history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history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Exact dates for the 02/2021 to 04/2021 gap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Full Employment History and Gaps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Schedule 3, paragraph 7 asks for a full employment history with a satisfactory written explanation of any gaps. Dates come only from the worker’s documents. An explanation is the worker’s own, never ours.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Tomasz Wrona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Registered nurse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HL-2304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history, most recent first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2381"/>
        <w:gridCol w:w="2041"/>
        <w:gridCol w:w="1361"/>
        <w:gridCol w:w="1814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Position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Care or vulnerable people work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Reason it ended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05/2022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09/2026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Severnside Nursing Home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Staff nurse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Yes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06/2019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11/2021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Wojewódzki Szpital, Kraków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Nurse, geriatric ward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Yes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Moved to the UK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 and the worker’s written explanation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gap is listed only where the stated dates show one. A blank explanation means none is held.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247"/>
        <w:gridCol w:w="4309"/>
        <w:gridCol w:w="1928"/>
        <w:gridCol w:w="1247"/>
      </w:tblGrid>
      <w:tr>
        <w:trPr>
          <w:tblHeader/>
          <w:cantSplit/>
        </w:trPr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Gap from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Gap to</w:t>
            </w:r>
          </w:p>
        </w:tc>
        <w:tc>
          <w:tcPr>
            <w:tcW w:type="dxa" w:w="4309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Explanation in the worker’s words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Where it was written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 given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11/2021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05/2022</w:t>
            </w:r>
          </w:p>
        </w:tc>
        <w:tc>
          <w:tcPr>
            <w:tcW w:type="dxa" w:w="430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2015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06/2019</w:t>
            </w:r>
          </w:p>
        </w:tc>
        <w:tc>
          <w:tcPr>
            <w:tcW w:type="dxa" w:w="430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 confirmed this history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history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Written explanation: 11/2021 to 05/2022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History after qualifying in 2015: nothing stated before 06/2019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Reason role at Severnside Nursing Home ended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Full Employment History and Gaps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Schedule 3, paragraph 7 asks for a full employment history with a satisfactory written explanation of any gaps. Dates come only from the worker’s documents. An explanation is the worker’s own, never ours.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Sade Bennett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 applied for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Care assistant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HL-2311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history, most recent first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1191"/>
        <w:gridCol w:w="2381"/>
        <w:gridCol w:w="2041"/>
        <w:gridCol w:w="1361"/>
        <w:gridCol w:w="1814"/>
      </w:tblGrid>
      <w:tr>
        <w:trPr>
          <w:tblHeader/>
          <w:cantSplit/>
        </w:trPr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Position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Care or vulnerable people work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Reason it ended</w:t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03/2025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Present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Gregson &amp; Co Bakers, Ludlow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Sales assistant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2023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2025</w:t>
            </w:r>
          </w:p>
        </w:tc>
        <w:tc>
          <w:tcPr>
            <w:tcW w:type="dxa" w:w="238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Self-employed cleaner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Domestic cleaning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Gaps and the worker’s written explanation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gap is listed only where the stated dates show one. A blank explanation means none is held.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gaps shown by the stated dates.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P. Hollis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 confirmed this history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questions and answers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Exact 2023 start date to be confirmed by the worker.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history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Exact dates for self-employment, as only years are stated: gaps cannot be told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and providers supplying care services in England.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Full Employment History and Gaps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Employment History and Gaps Record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