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Agency Driver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driver. Answers come only from the driver’s documents, the licence check result and the agency’s notes; a blank box means not confirmed.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Dariusz Kowalczyk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Class 1 driver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Agency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BH-5502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Assignment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Client or operator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Pennine &amp; Dales Distribution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Depot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Wakefield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Vehicles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Artic, curtain-sider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03/11/2026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Shift pattern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Nights, 4 on 3 off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Polish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S. Hart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S. Hart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Driving licence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8 characters of licence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CZ7AB123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Categories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B, C, C+E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Entitlement valid to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14/03/2031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DVLA licence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S. Hart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Points and endorsements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 points, SP30, 2025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Check code from the driver: use within 21 days, one use only.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Driver CPC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CPC card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000000001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International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National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Card 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14/03/2028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Periodic training hours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Digital tachograph driver card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card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DB00000000000001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Card 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02/09/2029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card download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Other qualifications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009"/>
        <w:gridCol w:w="2041"/>
        <w:gridCol w:w="1928"/>
      </w:tblGrid>
      <w:tr>
        <w:trPr>
          <w:tblHeader/>
          <w:cantSplit/>
        </w:trPr>
        <w:tc>
          <w:tcPr>
            <w:tcW w:type="dxa" w:w="6009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Ticket or card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Number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Expiry</w:t>
            </w:r>
          </w:p>
        </w:tc>
      </w:tr>
      <w:tr>
        <w:trPr>
          <w:cantSplit/>
        </w:trPr>
        <w:tc>
          <w:tcPr>
            <w:tcW w:type="dxa" w:w="600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ADR packages and tanks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000123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05/06/2026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6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Forklift counterbalance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Hours and working time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Working for another employer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Details the driver gave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Weekend tipper work for R. Sykes Haulage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the driver’s written statement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Where working time records are kept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Agency payroll system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mobile worker’s employer asks for time worked for other employers and counts it. Agencies keep working time records where the driver is paid by or through them.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Assessment and references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assessment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22/10/2026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Assessed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B. Mills, driver assessor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Passed, as recorded</w:t>
            </w:r>
          </w:p>
        </w:tc>
      </w:tr>
    </w:tbl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082"/>
        <w:gridCol w:w="2835"/>
        <w:gridCol w:w="1701"/>
        <w:gridCol w:w="1361"/>
      </w:tblGrid>
      <w:tr>
        <w:trPr>
          <w:tblHeader/>
          <w:cantSplit/>
        </w:trPr>
        <w:tc>
          <w:tcPr>
            <w:tcW w:type="dxa" w:w="408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</w:t>
            </w:r>
          </w:p>
        </w:tc>
        <w:tc>
          <w:tcPr>
            <w:tcW w:type="dxa" w:w="283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Company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Received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G. Hudson</w:t>
            </w:r>
          </w:p>
        </w:tc>
        <w:tc>
          <w:tcPr>
            <w:tcW w:type="dxa" w:w="283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Calder &amp; Aire Logistics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2022 - 2026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23/10/2026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Bellamy &amp; Hart Driver Solutions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before the driver starts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ADR certificate expired 05/06/2026: confirm whether the client needs it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Second reference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Agency Driver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driver. Answers come only from the driver’s documents, the licence check result and the agency’s notes; a blank box means not confirmed.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Kelly Armitage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7.5 tonne delivery driver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Agency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BH-5519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Assignment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Client or operator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Depot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Vehicles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7.5t box with tail lift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Shift pattern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driving licence and birth certificate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28/10/2026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S. Hart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Driving licence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8 characters of licence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Categories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Entitlement valid to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DVLA licence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Points and endorsements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Check code from the driver: use within 21 days, one use only.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Driver CPC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CPC card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000000002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International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National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Card 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19/07/2026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6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Periodic training hours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Digital tachograph driver card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card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Card 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card download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Other qualifications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other tickets stated.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Hours and working time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Working for another employer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Details the driver gave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the driver’s written statement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Where working time records are kept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mobile worker’s employer asks for time worked for other employers and counts it. Agencies keep working time records where the driver is paid by or through them.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Assessment and references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assessment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Assessed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references recorded yet.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Bellamy &amp; Hart Driver Solutions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before the driver starts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DVLA licence check: check code from the driver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Driver CPC card expired 19/07/2026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Driver card details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Right to work check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Statement of work for other employers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Driver assessment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References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Agency Driver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driver. Answers come only from the driver’s documents, the licence check result and the agency’s notes; a blank box means not confirmed.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Imran Sheikh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Class 2 driver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Agency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BH-5487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Assignment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Client or operator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Northgate &amp; Mill Food Services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Depot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Bradford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Vehicles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18 tonne rigid, chilled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Shift pattern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Days, Monday to Friday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01/10/2026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A. Bellamy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01/10/2026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A. Bellamy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Driving licence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8 characters of licence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SH9CD456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Categories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B, C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Entitlement valid to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30/06/2034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DVLA licence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01/10/2026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A. Bellamy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Points and endorsements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None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Check code from the driver: use within 21 days, one use only.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Driver CPC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CPC card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000000003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International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National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Card 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11/11/2029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Periodic training hours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Digital tachograph driver card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card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DB00000000000003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Card 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18/12/2026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card download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Other qualifications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other tickets stated.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Hours and working time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Working for another employer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Details the driver gave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the driver’s written statement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01/10/2026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Where working time records are kept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Agency payroll system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mobile worker’s employer asks for time worked for other employers and counts it. Agencies keep working time records where the driver is paid by or through them.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Assessment and references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Driver assessment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05/10/2026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Assessed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B. Mills, driver assessor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Passed, as recorded</w:t>
            </w:r>
          </w:p>
        </w:tc>
      </w:tr>
    </w:tbl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082"/>
        <w:gridCol w:w="2835"/>
        <w:gridCol w:w="1701"/>
        <w:gridCol w:w="1361"/>
      </w:tblGrid>
      <w:tr>
        <w:trPr>
          <w:tblHeader/>
          <w:cantSplit/>
        </w:trPr>
        <w:tc>
          <w:tcPr>
            <w:tcW w:type="dxa" w:w="408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</w:t>
            </w:r>
          </w:p>
        </w:tc>
        <w:tc>
          <w:tcPr>
            <w:tcW w:type="dxa" w:w="283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Company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Received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L. Ahmed</w:t>
            </w:r>
          </w:p>
        </w:tc>
        <w:tc>
          <w:tcPr>
            <w:tcW w:type="dxa" w:w="283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Aire Valley Foods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2020 - 2026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03/10/2026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P. Doyle</w:t>
            </w:r>
          </w:p>
        </w:tc>
        <w:tc>
          <w:tcPr>
            <w:tcW w:type="dxa" w:w="283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Moorside Transport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2017 - 2020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Bellamy &amp; Hart Driver Solutions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driver agencies and transport employers. Not an official form.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Agency Driver 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Driver 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