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Care Worker Confirmation</w:t>
      </w:r>
    </w:p>
    <w:p>
      <w:pPr>
        <w:spacing w:before="0" w:after="120"/>
      </w:pPr>
      <w:r>
        <w:rPr>
          <w:rFonts w:ascii="Calibri" w:hAnsi="Calibri" w:eastAsia="Calibri" w:cs="Calibri"/>
          <w:b w:val="0"/>
          <w:i w:val="0"/>
          <w:color w:val="5A5A5A"/>
          <w:sz w:val="16"/>
        </w:rPr>
        <w:t>What the agency’s file holds for this worker, sent to the care provider before the first shift. This is the agency’s own document. The provider remains responsible for its own checks.</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Worker</w:t>
            </w:r>
          </w:p>
          <w:p>
            <w:pPr>
              <w:spacing w:before="20" w:after="0"/>
            </w:pPr>
            <w:r>
              <w:rPr>
                <w:rFonts w:ascii="Calibri" w:hAnsi="Calibri" w:eastAsia="Calibri" w:cs="Calibri"/>
                <w:b w:val="0"/>
                <w:i w:val="0"/>
                <w:color w:val="1F2226"/>
                <w:sz w:val="19"/>
              </w:rPr>
              <w:t xml:space="preserve">Comfort Adeyemi</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Senior care assistant</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HL-2291</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Care provider</w:t>
            </w:r>
          </w:p>
          <w:p>
            <w:pPr>
              <w:spacing w:before="20" w:after="0"/>
            </w:pPr>
            <w:r>
              <w:rPr>
                <w:rFonts w:ascii="Calibri" w:hAnsi="Calibri" w:eastAsia="Calibri" w:cs="Calibri"/>
                <w:b w:val="0"/>
                <w:i w:val="0"/>
                <w:color w:val="1F2226"/>
                <w:sz w:val="19"/>
              </w:rPr>
              <w:t xml:space="preserve">Birchfield Court Care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Service</w:t>
            </w:r>
          </w:p>
          <w:p>
            <w:pPr>
              <w:spacing w:before="20" w:after="0"/>
            </w:pPr>
            <w:r>
              <w:rPr>
                <w:rFonts w:ascii="Calibri" w:hAnsi="Calibri" w:eastAsia="Calibri" w:cs="Calibri"/>
                <w:b w:val="0"/>
                <w:i w:val="0"/>
                <w:color w:val="1F2226"/>
                <w:sz w:val="19"/>
              </w:rPr>
              <w:t xml:space="preserve">Birchfield Court, Ludlow</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First shift</w:t>
            </w:r>
          </w:p>
          <w:p>
            <w:pPr>
              <w:spacing w:before="20" w:after="0"/>
            </w:pPr>
            <w:r>
              <w:rPr>
                <w:rFonts w:ascii="Calibri" w:hAnsi="Calibri" w:eastAsia="Calibri" w:cs="Calibri"/>
                <w:b w:val="0"/>
                <w:i w:val="0"/>
                <w:color w:val="1F2226"/>
                <w:sz w:val="19"/>
              </w:rPr>
              <w:t xml:space="preserve">10/11/2026 07:30</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BC-4471</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contact</w:t>
            </w:r>
          </w:p>
          <w:p>
            <w:pPr>
              <w:spacing w:before="20" w:after="0"/>
            </w:pPr>
            <w:r>
              <w:rPr>
                <w:rFonts w:ascii="Calibri" w:hAnsi="Calibri" w:eastAsia="Calibri" w:cs="Calibri"/>
                <w:b w:val="0"/>
                <w:i w:val="0"/>
                <w:color w:val="1F2226"/>
                <w:sz w:val="19"/>
              </w:rPr>
              <w:t xml:space="preserve">Rachel Lea, compliance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on the agency’s file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402"/>
        <w:gridCol w:w="3515"/>
        <w:gridCol w:w="1361"/>
        <w:gridCol w:w="1701"/>
      </w:tblGrid>
      <w:tr>
        <w:trPr>
          <w:tblHeader/>
          <w:cantSplit/>
        </w:trPr>
        <w:tc>
          <w:tcPr>
            <w:tcW w:type="dxa" w:w="3402"/>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351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 as recorded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Checked by</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Identity and recent photograph</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UK passport; photograph on file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14/10/2026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DBS certificate</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Enhanced with adults’ barred list; Update Service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14/10/2026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Right to work</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Manual document check, continuous</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14/10/2026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References</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 of 2 received</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21/10/2026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Qualifications</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Level 3 Diploma in Adult Care, certificate copy</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14/10/2026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Training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030"/>
        <w:gridCol w:w="1474"/>
        <w:gridCol w:w="1474"/>
      </w:tblGrid>
      <w:tr>
        <w:trPr>
          <w:tblHeader/>
          <w:cantSplit/>
        </w:trPr>
        <w:tc>
          <w:tcPr>
            <w:tcW w:type="dxa" w:w="7030"/>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Course</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Completed</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Renewal</w:t>
            </w:r>
          </w:p>
        </w:tc>
      </w:tr>
      <w:tr>
        <w:trPr>
          <w:cantSplit/>
        </w:trPr>
        <w:tc>
          <w:tcPr>
            <w:tcW w:type="dxa" w:w="7030"/>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Moving and handling</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12/03/2026</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12/03/2027</w:t>
            </w:r>
            <w:r>
              <w:rPr>
                <w:rFonts w:ascii="Calibri" w:hAnsi="Calibri" w:eastAsia="Calibri" w:cs="Calibri"/>
                <w:b w:val="0"/>
                <w:i w:val="0"/>
                <w:sz w:val="16"/>
              </w:rPr>
              <w:t xml:space="preserve"/>
            </w:r>
          </w:p>
        </w:tc>
      </w:tr>
      <w:tr>
        <w:trPr>
          <w:cantSplit/>
        </w:trPr>
        <w:tc>
          <w:tcPr>
            <w:tcW w:type="dxa" w:w="7030"/>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Safeguarding adults</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09/09/2025</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09/09/2026</w:t>
            </w:r>
            <w:r>
              <w:rPr>
                <w:rFonts w:ascii="Calibri" w:hAnsi="Calibri" w:eastAsia="Calibri" w:cs="Calibri"/>
                <w:b w:val="0"/>
                <w:i w:val="0"/>
                <w:sz w:val="16"/>
              </w:rPr>
              <w:t xml:space="preserve"/>
            </w:r>
            <w:r>
              <w:rPr>
                <w:rFonts w:ascii="Calibri" w:hAnsi="Calibri" w:eastAsia="Calibri" w:cs="Calibri"/>
                <w:b/>
                <w:i w:val="0"/>
                <w:color w:val="B3261E"/>
                <w:sz w:val="16"/>
              </w:rPr>
              <w:t xml:space="preserve">  EXPIRED</w:t>
            </w:r>
            <w:r>
              <w:rPr>
                <w:rFonts w:ascii="Calibri" w:hAnsi="Calibri" w:eastAsia="Calibri" w:cs="Calibri"/>
                <w:b w:val="0"/>
                <w:i w:val="0"/>
                <w:sz w:val="16"/>
              </w:rPr>
              <w:t xml:space="preserve"/>
            </w:r>
          </w:p>
        </w:tc>
      </w:tr>
      <w:tr>
        <w:trPr>
          <w:cantSplit/>
        </w:trPr>
        <w:tc>
          <w:tcPr>
            <w:tcW w:type="dxa" w:w="7030"/>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Medication</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12/03/2026</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r>
              <w:rPr>
                <w:rFonts w:ascii="Calibri" w:hAnsi="Calibri" w:eastAsia="Calibri" w:cs="Calibri"/>
                <w:b w:val="0"/>
                <w:i w:val="0"/>
                <w:sz w:val="16"/>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For the care provider</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Copy of the file summary supplied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supplied</w:t>
            </w:r>
          </w:p>
          <w:p>
            <w:pPr>
              <w:spacing w:before="20" w:after="0"/>
            </w:pPr>
            <w:r>
              <w:rPr>
                <w:rFonts w:ascii="Calibri" w:hAnsi="Calibri" w:eastAsia="Calibri" w:cs="Calibri"/>
                <w:b w:val="0"/>
                <w:i w:val="0"/>
                <w:color w:val="1F2226"/>
                <w:sz w:val="19"/>
              </w:rPr>
              <w:t xml:space="preserve">29/10/2026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Received by</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its file holds the records listed above on the date below. Items listed as still needed are outstanding.</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Organisation</w:t>
            </w:r>
          </w:p>
          <w:p>
            <w:pPr>
              <w:spacing w:before="20" w:after="0"/>
            </w:pPr>
            <w:r>
              <w:rPr>
                <w:rFonts w:ascii="Calibri" w:hAnsi="Calibri" w:eastAsia="Calibri" w:cs="Calibri"/>
                <w:b w:val="0"/>
                <w:i w:val="0"/>
                <w:color w:val="1F2226"/>
                <w:sz w:val="19"/>
              </w:rPr>
              <w:t xml:space="preserve">Harrow &amp; Lea Care Staffing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first shift</w:t>
            </w:r>
          </w:p>
          <w:p>
            <w:pPr>
              <w:keepNext/>
              <w:spacing w:before="0" w:after="80"/>
            </w:pPr>
            <w:r>
              <w:rPr>
                <w:rFonts w:ascii="Calibri" w:hAnsi="Calibri" w:eastAsia="Calibri" w:cs="Calibri"/>
                <w:b w:val="0"/>
                <w:i w:val="0"/>
                <w:color w:val="5A5A5A"/>
                <w:sz w:val="16"/>
              </w:rPr>
              <w:t>Obtain these, then delete this box before the record is filed or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Second reference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Safeguarding adults training expired 09/09/2026</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Care Worker Confirmation</w:t>
      </w:r>
    </w:p>
    <w:p>
      <w:pPr>
        <w:spacing w:before="0" w:after="120"/>
      </w:pPr>
      <w:r>
        <w:rPr>
          <w:rFonts w:ascii="Calibri" w:hAnsi="Calibri" w:eastAsia="Calibri" w:cs="Calibri"/>
          <w:b w:val="0"/>
          <w:i w:val="0"/>
          <w:color w:val="5A5A5A"/>
          <w:sz w:val="16"/>
        </w:rPr>
        <w:t>What the agency’s file holds for this worker, sent to the care provider before the first shift. This is the agency’s own document. The provider remains responsible for its own checks.</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Worker</w:t>
            </w:r>
          </w:p>
          <w:p>
            <w:pPr>
              <w:spacing w:before="20" w:after="0"/>
            </w:pPr>
            <w:r>
              <w:rPr>
                <w:rFonts w:ascii="Calibri" w:hAnsi="Calibri" w:eastAsia="Calibri" w:cs="Calibri"/>
                <w:b w:val="0"/>
                <w:i w:val="0"/>
                <w:color w:val="1F2226"/>
                <w:sz w:val="19"/>
              </w:rPr>
              <w:t xml:space="preserve">Daniela Costa</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Care assistant</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HL-2319</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Care provider</w:t>
            </w:r>
          </w:p>
          <w:p>
            <w:pPr>
              <w:spacing w:before="20" w:after="0"/>
            </w:pPr>
            <w:r>
              <w:rPr>
                <w:rFonts w:ascii="Calibri" w:hAnsi="Calibri" w:eastAsia="Calibri" w:cs="Calibri"/>
                <w:b w:val="0"/>
                <w:i w:val="0"/>
                <w:color w:val="1F2226"/>
                <w:sz w:val="19"/>
              </w:rPr>
              <w:t xml:space="preserve">Oakway &amp; Hollis Home Care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Service</w:t>
            </w:r>
          </w:p>
          <w:p>
            <w:pPr>
              <w:spacing w:before="20" w:after="0"/>
            </w:pPr>
            <w:r>
              <w:rPr>
                <w:rFonts w:ascii="Calibri" w:hAnsi="Calibri" w:eastAsia="Calibri" w:cs="Calibri"/>
                <w:b w:val="0"/>
                <w:i w:val="0"/>
                <w:color w:val="1F2226"/>
                <w:sz w:val="19"/>
              </w:rPr>
              <w:t xml:space="preserve">Shrewsbury branch</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First shift</w:t>
            </w:r>
          </w:p>
          <w:p>
            <w:pPr>
              <w:spacing w:before="20" w:after="0"/>
            </w:pPr>
            <w:r>
              <w:rPr>
                <w:rFonts w:ascii="Calibri" w:hAnsi="Calibri" w:eastAsia="Calibri" w:cs="Calibri"/>
                <w:b w:val="0"/>
                <w:i w:val="0"/>
                <w:color w:val="1F2226"/>
                <w:sz w:val="19"/>
              </w:rPr>
              <w:t xml:space="preserve">04/11/2026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contact</w:t>
            </w:r>
          </w:p>
          <w:p>
            <w:pPr>
              <w:spacing w:before="20" w:after="0"/>
            </w:pPr>
            <w:r>
              <w:rPr>
                <w:rFonts w:ascii="Calibri" w:hAnsi="Calibri" w:eastAsia="Calibri" w:cs="Calibri"/>
                <w:b w:val="0"/>
                <w:i w:val="0"/>
                <w:color w:val="1F2226"/>
                <w:sz w:val="19"/>
              </w:rPr>
              <w:t xml:space="preserve">Rachel Lea, compliance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on the agency’s file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402"/>
        <w:gridCol w:w="3515"/>
        <w:gridCol w:w="1361"/>
        <w:gridCol w:w="1701"/>
      </w:tblGrid>
      <w:tr>
        <w:trPr>
          <w:tblHeader/>
          <w:cantSplit/>
        </w:trPr>
        <w:tc>
          <w:tcPr>
            <w:tcW w:type="dxa" w:w="3402"/>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351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 as recorded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Checked by</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Identity and recent photograph</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Portuguese passport; photograph on file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22/10/2026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Right to work</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Home Office online check, time-limited to 19/03/2027</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22/10/2026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 Lea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Training</w:t>
            </w:r>
          </w:p>
        </w:tc>
      </w:tr>
    </w:tbl>
    <w:p>
      <w:pPr>
        <w:keepNext/>
        <w:spacing w:before="0" w:after="0" w:line="60" w:lineRule="exact"/>
      </w:pPr>
      <w:r>
        <w:rPr>
          <w:rFonts w:ascii="Calibri" w:hAnsi="Calibri" w:eastAsia="Calibri" w:cs="Calibri"/>
          <w:b w:val="0"/>
          <w:i w:val="0"/>
          <w:sz w:val="2"/>
        </w:rPr>
      </w:r>
    </w:p>
    <w:p>
      <w:pPr>
        <w:spacing w:before="0" w:after="40"/>
      </w:pPr>
      <w:r>
        <w:rPr>
          <w:rFonts w:ascii="Calibri" w:hAnsi="Calibri" w:eastAsia="Calibri" w:cs="Calibri"/>
          <w:b w:val="0"/>
          <w:i/>
          <w:color w:val="5A5A5A"/>
          <w:sz w:val="17"/>
        </w:rPr>
        <w:t>No training recorded yet.</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For the care provider</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Copy of the file summary supplied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supplied</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Received by</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its file holds the records listed above on the date below. Items listed as still needed are outstanding.</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Organisation</w:t>
            </w:r>
          </w:p>
          <w:p>
            <w:pPr>
              <w:spacing w:before="20" w:after="0"/>
            </w:pPr>
            <w:r>
              <w:rPr>
                <w:rFonts w:ascii="Calibri" w:hAnsi="Calibri" w:eastAsia="Calibri" w:cs="Calibri"/>
                <w:b w:val="0"/>
                <w:i w:val="0"/>
                <w:color w:val="1F2226"/>
                <w:sz w:val="19"/>
              </w:rPr>
              <w:t xml:space="preserve">Harrow &amp; Lea Care Staffing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first shift</w:t>
            </w:r>
          </w:p>
          <w:p>
            <w:pPr>
              <w:keepNext/>
              <w:spacing w:before="0" w:after="80"/>
            </w:pPr>
            <w:r>
              <w:rPr>
                <w:rFonts w:ascii="Calibri" w:hAnsi="Calibri" w:eastAsia="Calibri" w:cs="Calibri"/>
                <w:b w:val="0"/>
                <w:i w:val="0"/>
                <w:color w:val="5A5A5A"/>
                <w:sz w:val="16"/>
              </w:rPr>
              <w:t>Obtain these, then delete this box before the record is filed or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DBS certificate details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References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Employment history and gaps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Training records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Client booking reference</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Care Worker Confirmation</w:t>
      </w:r>
    </w:p>
    <w:p>
      <w:pPr>
        <w:spacing w:before="0" w:after="120"/>
      </w:pPr>
      <w:r>
        <w:rPr>
          <w:rFonts w:ascii="Calibri" w:hAnsi="Calibri" w:eastAsia="Calibri" w:cs="Calibri"/>
          <w:b w:val="0"/>
          <w:i w:val="0"/>
          <w:color w:val="5A5A5A"/>
          <w:sz w:val="16"/>
        </w:rPr>
        <w:t>What the agency’s file holds for this worker, sent to the care provider before the first shift. This is the agency’s own document. The provider remains responsible for its own checks.</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Worker</w:t>
            </w:r>
          </w:p>
          <w:p>
            <w:pPr>
              <w:spacing w:before="20" w:after="0"/>
            </w:pPr>
            <w:r>
              <w:rPr>
                <w:rFonts w:ascii="Calibri" w:hAnsi="Calibri" w:eastAsia="Calibri" w:cs="Calibri"/>
                <w:b w:val="0"/>
                <w:i w:val="0"/>
                <w:color w:val="1F2226"/>
                <w:sz w:val="19"/>
              </w:rPr>
              <w:t xml:space="preserve">Ian Marsh</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w:t>
            </w:r>
          </w:p>
          <w:p>
            <w:pPr>
              <w:spacing w:before="20" w:after="0"/>
            </w:pPr>
            <w:r>
              <w:rPr>
                <w:rFonts w:ascii="Calibri" w:hAnsi="Calibri" w:eastAsia="Calibri" w:cs="Calibri"/>
                <w:b w:val="0"/>
                <w:i w:val="0"/>
                <w:color w:val="1F2226"/>
                <w:sz w:val="19"/>
              </w:rPr>
              <w:t xml:space="preserve">Night care assistant</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HL-2288</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Care provider</w:t>
            </w:r>
          </w:p>
          <w:p>
            <w:pPr>
              <w:spacing w:before="20" w:after="0"/>
            </w:pPr>
            <w:r>
              <w:rPr>
                <w:rFonts w:ascii="Calibri" w:hAnsi="Calibri" w:eastAsia="Calibri" w:cs="Calibri"/>
                <w:b w:val="0"/>
                <w:i w:val="0"/>
                <w:color w:val="1F2226"/>
                <w:sz w:val="19"/>
              </w:rPr>
              <w:t xml:space="preserve">Birchfield Court Care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Service</w:t>
            </w:r>
          </w:p>
          <w:p>
            <w:pPr>
              <w:spacing w:before="20" w:after="0"/>
            </w:pPr>
            <w:r>
              <w:rPr>
                <w:rFonts w:ascii="Calibri" w:hAnsi="Calibri" w:eastAsia="Calibri" w:cs="Calibri"/>
                <w:b w:val="0"/>
                <w:i w:val="0"/>
                <w:color w:val="1F2226"/>
                <w:sz w:val="19"/>
              </w:rPr>
              <w:t xml:space="preserve">Birchfield Court, Ludlow</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First shift</w:t>
            </w:r>
          </w:p>
          <w:p>
            <w:pPr>
              <w:spacing w:before="20" w:after="0"/>
            </w:pPr>
            <w:r>
              <w:rPr>
                <w:rFonts w:ascii="Calibri" w:hAnsi="Calibri" w:eastAsia="Calibri" w:cs="Calibri"/>
                <w:b w:val="0"/>
                <w:i w:val="0"/>
                <w:color w:val="1F2226"/>
                <w:sz w:val="19"/>
              </w:rPr>
              <w:t xml:space="preserve">02/11/2026 20:00</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BC-4466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contact</w:t>
            </w:r>
          </w:p>
          <w:p>
            <w:pPr>
              <w:spacing w:before="20" w:after="0"/>
            </w:pPr>
            <w:r>
              <w:rPr>
                <w:rFonts w:ascii="Calibri" w:hAnsi="Calibri" w:eastAsia="Calibri" w:cs="Calibri"/>
                <w:b w:val="0"/>
                <w:i w:val="0"/>
                <w:color w:val="1F2226"/>
                <w:sz w:val="19"/>
              </w:rPr>
              <w:t xml:space="preserve">Priya Hollis</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Checks on the agency’s file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402"/>
        <w:gridCol w:w="3515"/>
        <w:gridCol w:w="1361"/>
        <w:gridCol w:w="1701"/>
      </w:tblGrid>
      <w:tr>
        <w:trPr>
          <w:tblHeader/>
          <w:cantSplit/>
        </w:trPr>
        <w:tc>
          <w:tcPr>
            <w:tcW w:type="dxa" w:w="3402"/>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w:t>
            </w:r>
          </w:p>
        </w:tc>
        <w:tc>
          <w:tcPr>
            <w:tcW w:type="dxa" w:w="351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Detail as recorded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Checked by</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Identity and recent photograph</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UK driving licence; photograph on file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DBS certificate</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Enhanced with adults’ barred list; Update Service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Right to work</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Manual document check, continuous</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References</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 of 2 received</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15/09/2026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Employment history and gaps</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Record dated 01/09/2026; gap 2019 explained in writing</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r>
        <w:trPr>
          <w:cantSplit/>
        </w:trPr>
        <w:tc>
          <w:tcPr>
            <w:tcW w:type="dxa" w:w="340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Health information</w:t>
            </w:r>
          </w:p>
        </w:tc>
        <w:tc>
          <w:tcPr>
            <w:tcW w:type="dxa" w:w="351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Health declaration on file</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01/09/2026</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P. Hollis</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Training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030"/>
        <w:gridCol w:w="1474"/>
        <w:gridCol w:w="1474"/>
      </w:tblGrid>
      <w:tr>
        <w:trPr>
          <w:tblHeader/>
          <w:cantSplit/>
        </w:trPr>
        <w:tc>
          <w:tcPr>
            <w:tcW w:type="dxa" w:w="7030"/>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Course</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Completed</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Renewal</w:t>
            </w:r>
          </w:p>
        </w:tc>
      </w:tr>
      <w:tr>
        <w:trPr>
          <w:cantSplit/>
        </w:trPr>
        <w:tc>
          <w:tcPr>
            <w:tcW w:type="dxa" w:w="7030"/>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Moving and handling</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15/09/2026</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15/09/2027</w:t>
            </w:r>
            <w:r>
              <w:rPr>
                <w:rFonts w:ascii="Calibri" w:hAnsi="Calibri" w:eastAsia="Calibri" w:cs="Calibri"/>
                <w:b w:val="0"/>
                <w:i w:val="0"/>
                <w:sz w:val="16"/>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For the care provider</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Copy of the file summary supplied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supplied</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Received by</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its file holds the records listed above on the date below. Items listed as still needed are outstanding.</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Organisation</w:t>
            </w:r>
          </w:p>
          <w:p>
            <w:pPr>
              <w:spacing w:before="20" w:after="0"/>
            </w:pPr>
            <w:r>
              <w:rPr>
                <w:rFonts w:ascii="Calibri" w:hAnsi="Calibri" w:eastAsia="Calibri" w:cs="Calibri"/>
                <w:b w:val="0"/>
                <w:i w:val="0"/>
                <w:color w:val="1F2226"/>
                <w:sz w:val="19"/>
              </w:rPr>
              <w:t xml:space="preserve">Harrow &amp; Lea Care Staffing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964" w:bottom="907" w:left="96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agencies and providers supplying care services in England. Not an official form.</w:t>
    </w:r>
  </w:p>
  <w:p>
    <w:pPr>
      <w:tabs>
        <w:tab w:pos="997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7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Agency Care Worker Confirmation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0"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Care Worker Confirmation</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