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1F2226"/>
          <w:sz w:val="30"/>
        </w:rPr>
        <w:t>Airside Pass Background Check File</w:t>
      </w:r>
    </w:p>
    <w:p>
      <w:pPr>
        <w:spacing w:before="0" w:after="12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One file per pass applicant. Requirements differ between airports: follow the pass guidelines of the airport issuing the pass. The pass issuer decides; this file only records what is held.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Applicant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Aisha Rahman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Role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Ramp agent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File reference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KD-3310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Application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Airport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Marsden Regional Airport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Sponsor company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Kerrigan &amp; Day Aviation Services Ltd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Pass applied for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Full airside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Application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Sponsor signatory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L. Kerrigan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Identity and right to work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Identity document seen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UK passport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seen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12/10/2026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Proof of address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Bank statement</w:t>
            </w:r>
          </w:p>
        </w:tc>
      </w:tr>
    </w:tbl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Right to work check made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Manual document check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Home Office online check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Digital verification service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of check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12/10/2026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Checked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L. Kerrigan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Time-limited permission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Follow-up check due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History for the period the airport requires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All employment, self-employment, education, benefit claims and volunteering, with no gap left unexplained. Dates in the “Dates on reference” columns are the referee’s, not the sponsor’s.</w:t>
      </w:r>
    </w:p>
    <w:tbl>
      <w:tblPr>
        <w:tblLook w:firstColumn="1" w:firstRow="1" w:lastColumn="0" w:lastRow="0" w:noHBand="0" w:noVBand="1" w:val="04A0"/>
        <w:tblW w:w="9980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191"/>
        <w:gridCol w:w="1191"/>
        <w:gridCol w:w="1984"/>
        <w:gridCol w:w="2041"/>
        <w:gridCol w:w="1191"/>
        <w:gridCol w:w="1191"/>
        <w:gridCol w:w="1191"/>
      </w:tblGrid>
      <w:tr>
        <w:trPr>
          <w:tblHeader/>
          <w:cantSplit/>
        </w:trPr>
        <w:tc>
          <w:tcPr>
            <w:tcW w:type="dxa" w:w="119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Declared from</w:t>
            </w:r>
          </w:p>
        </w:tc>
        <w:tc>
          <w:tcPr>
            <w:tcW w:type="dxa" w:w="119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Declared to</w:t>
            </w:r>
          </w:p>
        </w:tc>
        <w:tc>
          <w:tcPr>
            <w:tcW w:type="dxa" w:w="1984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Employer or activity</w:t>
            </w:r>
          </w:p>
        </w:tc>
        <w:tc>
          <w:tcPr>
            <w:tcW w:type="dxa" w:w="204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Referee and job title</w:t>
            </w:r>
          </w:p>
        </w:tc>
        <w:tc>
          <w:tcPr>
            <w:tcW w:type="dxa" w:w="119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Dates on reference: from</w:t>
            </w:r>
          </w:p>
        </w:tc>
        <w:tc>
          <w:tcPr>
            <w:tcW w:type="dxa" w:w="119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to</w:t>
            </w:r>
          </w:p>
        </w:tc>
        <w:tc>
          <w:tcPr>
            <w:tcW w:type="dxa" w:w="119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Date written</w:t>
            </w:r>
          </w:p>
        </w:tc>
      </w:tr>
      <w:tr>
        <w:trPr>
          <w:cantSplit/>
        </w:trPr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11/2023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09/2026</w:t>
            </w:r>
          </w:p>
        </w:tc>
        <w:tc>
          <w:tcPr>
            <w:tcW w:type="dxa" w:w="198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Tarrant &amp; Sons Fresh Foods, warehouse</w:t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A. Boyd, HR adviser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06/11/2023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26/09/2026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15/10/2026</w:t>
            </w:r>
          </w:p>
        </w:tc>
      </w:tr>
      <w:tr>
        <w:trPr>
          <w:cantSplit/>
        </w:trPr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09/2021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06/2023</w:t>
            </w:r>
          </w:p>
        </w:tc>
        <w:tc>
          <w:tcPr>
            <w:tcW w:type="dxa" w:w="198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University of Salford, student</w:t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Student records office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20/09/2021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16/06/2023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16/10/2026</w:t>
            </w:r>
          </w:p>
        </w:tc>
      </w:tr>
      <w:tr>
        <w:trPr>
          <w:cantSplit/>
        </w:trPr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07/2023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10/2023</w:t>
            </w:r>
          </w:p>
        </w:tc>
        <w:tc>
          <w:tcPr>
            <w:tcW w:type="dxa" w:w="198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Travel in Pakistan</w:t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2020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08/2021</w:t>
            </w:r>
          </w:p>
        </w:tc>
        <w:tc>
          <w:tcPr>
            <w:tcW w:type="dxa" w:w="198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Bolton Sixth Form College, student</w:t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Gaps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247"/>
        <w:gridCol w:w="1247"/>
        <w:gridCol w:w="4649"/>
        <w:gridCol w:w="2835"/>
      </w:tblGrid>
      <w:tr>
        <w:trPr>
          <w:tblHeader/>
          <w:cantSplit/>
        </w:trPr>
        <w:tc>
          <w:tcPr>
            <w:tcW w:type="dxa" w:w="1247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From</w:t>
            </w:r>
          </w:p>
        </w:tc>
        <w:tc>
          <w:tcPr>
            <w:tcW w:type="dxa" w:w="1247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To</w:t>
            </w:r>
          </w:p>
        </w:tc>
        <w:tc>
          <w:tcPr>
            <w:tcW w:type="dxa" w:w="4649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Applicant’s explanation</w:t>
            </w:r>
          </w:p>
        </w:tc>
        <w:tc>
          <w:tcPr>
            <w:tcW w:type="dxa" w:w="2835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Gap reference or evidence</w:t>
            </w:r>
          </w:p>
        </w:tc>
      </w:tr>
      <w:tr>
        <w:trPr>
          <w:cantSplit/>
        </w:trPr>
        <w:tc>
          <w:tcPr>
            <w:tcW w:type="dxa" w:w="1247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16/06/2023</w:t>
            </w:r>
          </w:p>
        </w:tc>
        <w:tc>
          <w:tcPr>
            <w:tcW w:type="dxa" w:w="1247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06/11/2023</w:t>
            </w:r>
          </w:p>
        </w:tc>
        <w:tc>
          <w:tcPr>
            <w:tcW w:type="dxa" w:w="4649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Family visit to Pakistan before starting work.</w:t>
            </w:r>
          </w:p>
        </w:tc>
        <w:tc>
          <w:tcPr>
            <w:tcW w:type="dxa" w:w="283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5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Criminal record checks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Certificate issued by (DBS, Disclosure Scotland, AccessNI)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DBS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of certificate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09/10/2026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Reference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On file</w:t>
            </w:r>
          </w:p>
        </w:tc>
      </w:tr>
    </w:tbl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An overseas certificate is needed for any country lived in for 6 months or more in the preceding 5 years.</w:t>
      </w:r>
    </w:p>
    <w:p>
      <w:pPr>
        <w:spacing w:before="0" w:after="40"/>
      </w:pPr>
      <w:r>
        <w:rPr>
          <w:rFonts w:ascii="Calibri" w:hAnsi="Calibri" w:eastAsia="Calibri" w:cs="Calibri"/>
          <w:b w:val="0"/>
          <w:i/>
          <w:color w:val="5A5A5A"/>
          <w:sz w:val="17"/>
        </w:rPr>
        <w:t>No overseas certificates recorded.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6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Accreditation check and training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Access to the Critical Part requested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Accreditation check status as recorded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Pending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GSAT certificate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GSAT provider or instructor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Other airport training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7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Sign-off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0" w:after="120"/>
      </w:pPr>
      <w:r>
        <w:rPr>
          <w:rFonts w:ascii="Calibri" w:hAnsi="Calibri" w:eastAsia="Calibri" w:cs="Calibri"/>
          <w:b w:val="0"/>
          <w:i w:val="0"/>
          <w:color w:val="1F2226"/>
          <w:sz w:val="17"/>
        </w:rPr>
        <w:t>This record shows what the file held on the date below. It is not a decision that the person is suitable, and anything listed as still needed is outstanding.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Organisation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Kerrigan &amp; Day Aviation Services Ltd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</w:p>
        </w:tc>
      </w:tr>
      <w:tr>
        <w:trPr>
          <w:cantSplit/>
          <w:trHeight w:val="680" w:hRule="atLeast"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Signature</w:t>
            </w:r>
          </w:p>
          <w:p>
            <w:pPr>
              <w:spacing w:before="20" w:after="0"/>
            </w:pP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</w:p>
        </w:tc>
      </w:tr>
    </w:tbl>
    <w:p>
      <w:pPr>
        <w:spacing w:before="0" w:after="0" w:line="2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>
        <w:tc>
          <w:tcPr>
            <w:tcW w:type="dxa" w:w="9978"/>
            <w:tcBorders>
              <w:top w:val="dashed" w:sz="8" w:space="0" w:color="5F6B77"/>
              <w:left w:val="dashed" w:sz="8" w:space="0" w:color="5F6B77"/>
              <w:bottom w:val="dashed" w:sz="8" w:space="0" w:color="5F6B77"/>
              <w:right w:val="dashed" w:sz="8" w:space="0" w:color="5F6B77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keepNext/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>Agency use only  ·  Still needed before submitting to the ID centre</w:t>
            </w:r>
          </w:p>
          <w:p>
            <w:pPr>
              <w:keepNext/>
              <w:spacing w:before="0" w:after="8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6"/>
              </w:rPr>
              <w:t>Obtain these, then delete this box before the record is filed or sent.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Gap reference 16/06/2023 to 06/11/2023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Reference for Bolton Sixth Form College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GSAT certificate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Accreditation check result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1F2226"/>
          <w:sz w:val="30"/>
        </w:rPr>
        <w:t>Airside Pass Background Check File</w:t>
      </w:r>
    </w:p>
    <w:p>
      <w:pPr>
        <w:spacing w:before="0" w:after="12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One file per pass applicant. Requirements differ between airports: follow the pass guidelines of the airport issuing the pass. The pass issuer decides; this file only records what is held.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Applicant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Luis Ferreira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Role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Aircraft cleaner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File reference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KD-3322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Application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Airport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Marsden Regional Airport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Sponsor company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Kerrigan &amp; Day Aviation Services Ltd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Pass applied for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Full airside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Application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20/10/2026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Sponsor signatory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L. Kerrigan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Identity and right to work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Identity document seen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Portuguese passport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seen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13/10/2026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Proof of address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Tenancy agreement</w:t>
            </w:r>
          </w:p>
        </w:tc>
      </w:tr>
    </w:tbl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Right to work check made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Manual document check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Home Office online check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Digital verification service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of check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13/10/2026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Checked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L. Kerrigan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Time-limited permission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Follow-up check due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12/04/2027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History for the period the airport requires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All employment, self-employment, education, benefit claims and volunteering, with no gap left unexplained. Dates in the “Dates on reference” columns are the referee’s, not the sponsor’s.</w:t>
      </w:r>
    </w:p>
    <w:tbl>
      <w:tblPr>
        <w:tblLook w:firstColumn="1" w:firstRow="1" w:lastColumn="0" w:lastRow="0" w:noHBand="0" w:noVBand="1" w:val="04A0"/>
        <w:tblW w:w="9980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191"/>
        <w:gridCol w:w="1191"/>
        <w:gridCol w:w="1984"/>
        <w:gridCol w:w="2041"/>
        <w:gridCol w:w="1191"/>
        <w:gridCol w:w="1191"/>
        <w:gridCol w:w="1191"/>
      </w:tblGrid>
      <w:tr>
        <w:trPr>
          <w:tblHeader/>
          <w:cantSplit/>
        </w:trPr>
        <w:tc>
          <w:tcPr>
            <w:tcW w:type="dxa" w:w="119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Declared from</w:t>
            </w:r>
          </w:p>
        </w:tc>
        <w:tc>
          <w:tcPr>
            <w:tcW w:type="dxa" w:w="119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Declared to</w:t>
            </w:r>
          </w:p>
        </w:tc>
        <w:tc>
          <w:tcPr>
            <w:tcW w:type="dxa" w:w="1984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Employer or activity</w:t>
            </w:r>
          </w:p>
        </w:tc>
        <w:tc>
          <w:tcPr>
            <w:tcW w:type="dxa" w:w="204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Referee and job title</w:t>
            </w:r>
          </w:p>
        </w:tc>
        <w:tc>
          <w:tcPr>
            <w:tcW w:type="dxa" w:w="119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Dates on reference: from</w:t>
            </w:r>
          </w:p>
        </w:tc>
        <w:tc>
          <w:tcPr>
            <w:tcW w:type="dxa" w:w="119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to</w:t>
            </w:r>
          </w:p>
        </w:tc>
        <w:tc>
          <w:tcPr>
            <w:tcW w:type="dxa" w:w="119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Date written</w:t>
            </w:r>
          </w:p>
        </w:tc>
      </w:tr>
      <w:tr>
        <w:trPr>
          <w:cantSplit/>
        </w:trPr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02/2024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10/2026</w:t>
            </w:r>
          </w:p>
        </w:tc>
        <w:tc>
          <w:tcPr>
            <w:tcW w:type="dxa" w:w="198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Bright &amp; Clean Facilities Ltd, cleaner</w:t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M. Sousa, operations manager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12/02/2024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02/10/2026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14/10/2026</w:t>
            </w:r>
          </w:p>
        </w:tc>
      </w:tr>
      <w:tr>
        <w:trPr>
          <w:cantSplit/>
        </w:trPr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01/2021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01/2024</w:t>
            </w:r>
          </w:p>
        </w:tc>
        <w:tc>
          <w:tcPr>
            <w:tcW w:type="dxa" w:w="198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Hotel Algarve Sol, Faro, room attendant</w:t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R. Dias, HR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04/01/2021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26/01/2024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17/10/2026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Gaps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 w:val="0"/>
          <w:i/>
          <w:color w:val="5A5A5A"/>
          <w:sz w:val="17"/>
        </w:rPr>
        <w:t>No gaps recorded.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5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Criminal record checks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Certificate issued by (DBS, Disclosure Scotland, AccessNI)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DBS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of certificate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12/10/2026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Reference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On file</w:t>
            </w:r>
          </w:p>
        </w:tc>
      </w:tr>
    </w:tbl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An overseas certificate is needed for any country lived in for 6 months or more in the preceding 5 years.</w:t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742"/>
        <w:gridCol w:w="2494"/>
        <w:gridCol w:w="1701"/>
        <w:gridCol w:w="2041"/>
      </w:tblGrid>
      <w:tr>
        <w:trPr>
          <w:tblHeader/>
          <w:cantSplit/>
        </w:trPr>
        <w:tc>
          <w:tcPr>
            <w:tcW w:type="dxa" w:w="3742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Country</w:t>
            </w:r>
          </w:p>
        </w:tc>
        <w:tc>
          <w:tcPr>
            <w:tcW w:type="dxa" w:w="2494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Period lived there</w:t>
            </w:r>
          </w:p>
        </w:tc>
        <w:tc>
          <w:tcPr>
            <w:tcW w:type="dxa" w:w="170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Certificate date</w:t>
            </w:r>
          </w:p>
        </w:tc>
        <w:tc>
          <w:tcPr>
            <w:tcW w:type="dxa" w:w="204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Reference</w:t>
            </w:r>
          </w:p>
        </w:tc>
      </w:tr>
      <w:tr>
        <w:trPr>
          <w:cantSplit/>
        </w:trPr>
        <w:tc>
          <w:tcPr>
            <w:tcW w:type="dxa" w:w="374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Portugal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01/2021 - 01/2024</w:t>
            </w:r>
          </w:p>
        </w:tc>
        <w:tc>
          <w:tcPr>
            <w:tcW w:type="dxa" w:w="170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08/10/2026</w:t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On file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6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Accreditation check and training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Access to the Critical Part requested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Accreditation check status as recorded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GSAT certificate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19/10/2026</w:t>
            </w:r>
          </w:p>
        </w:tc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GSAT provider or instructor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In-house CAA-approved instructor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Other airport training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Fire safety booked 28/10/2026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7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Sign-off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0" w:after="120"/>
      </w:pPr>
      <w:r>
        <w:rPr>
          <w:rFonts w:ascii="Calibri" w:hAnsi="Calibri" w:eastAsia="Calibri" w:cs="Calibri"/>
          <w:b w:val="0"/>
          <w:i w:val="0"/>
          <w:color w:val="1F2226"/>
          <w:sz w:val="17"/>
        </w:rPr>
        <w:t>This record shows what the file held on the date below. It is not a decision that the person is suitable, and anything listed as still needed is outstanding.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Organisation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Kerrigan &amp; Day Aviation Services Ltd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</w:p>
        </w:tc>
      </w:tr>
      <w:tr>
        <w:trPr>
          <w:cantSplit/>
          <w:trHeight w:val="680" w:hRule="atLeast"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Signature</w:t>
            </w:r>
          </w:p>
          <w:p>
            <w:pPr>
              <w:spacing w:before="20" w:after="0"/>
            </w:pP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1F2226"/>
          <w:sz w:val="30"/>
        </w:rPr>
        <w:t>Airside Pass Background Check File</w:t>
      </w:r>
    </w:p>
    <w:p>
      <w:pPr>
        <w:spacing w:before="0" w:after="12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One file per pass applicant. Requirements differ between airports: follow the pass guidelines of the airport issuing the pass. The pass issuer decides; this file only records what is held.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Applicant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Niamh Doyle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Role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Passenger service agent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File reference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KD-3329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Application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Airport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Sponsor company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Kerrigan &amp; Day Aviation Services Ltd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Pass applied for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Application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Sponsor signatory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Identity and right to work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Identity document seen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Irish passport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seen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22/10/2026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Proof of address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Right to work check made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Manual document check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Home Office online check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Digital verification service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of check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Checked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Time-limited permission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Follow-up check due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History for the period the airport requires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All employment, self-employment, education, benefit claims and volunteering, with no gap left unexplained. Dates in the “Dates on reference” columns are the referee’s, not the sponsor’s.</w:t>
      </w:r>
    </w:p>
    <w:tbl>
      <w:tblPr>
        <w:tblLook w:firstColumn="1" w:firstRow="1" w:lastColumn="0" w:lastRow="0" w:noHBand="0" w:noVBand="1" w:val="04A0"/>
        <w:tblW w:w="9980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191"/>
        <w:gridCol w:w="1191"/>
        <w:gridCol w:w="1984"/>
        <w:gridCol w:w="2041"/>
        <w:gridCol w:w="1191"/>
        <w:gridCol w:w="1191"/>
        <w:gridCol w:w="1191"/>
      </w:tblGrid>
      <w:tr>
        <w:trPr>
          <w:tblHeader/>
          <w:cantSplit/>
        </w:trPr>
        <w:tc>
          <w:tcPr>
            <w:tcW w:type="dxa" w:w="119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Declared from</w:t>
            </w:r>
          </w:p>
        </w:tc>
        <w:tc>
          <w:tcPr>
            <w:tcW w:type="dxa" w:w="119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Declared to</w:t>
            </w:r>
          </w:p>
        </w:tc>
        <w:tc>
          <w:tcPr>
            <w:tcW w:type="dxa" w:w="1984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Employer or activity</w:t>
            </w:r>
          </w:p>
        </w:tc>
        <w:tc>
          <w:tcPr>
            <w:tcW w:type="dxa" w:w="204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Referee and job title</w:t>
            </w:r>
          </w:p>
        </w:tc>
        <w:tc>
          <w:tcPr>
            <w:tcW w:type="dxa" w:w="119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Dates on reference: from</w:t>
            </w:r>
          </w:p>
        </w:tc>
        <w:tc>
          <w:tcPr>
            <w:tcW w:type="dxa" w:w="119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to</w:t>
            </w:r>
          </w:p>
        </w:tc>
        <w:tc>
          <w:tcPr>
            <w:tcW w:type="dxa" w:w="119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Date written</w:t>
            </w:r>
          </w:p>
        </w:tc>
      </w:tr>
      <w:tr>
        <w:trPr>
          <w:cantSplit/>
        </w:trPr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05/2022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Present</w:t>
            </w:r>
          </w:p>
        </w:tc>
        <w:tc>
          <w:tcPr>
            <w:tcW w:type="dxa" w:w="198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Shannon Road Hotels, front desk</w:t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Gaps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 w:val="0"/>
          <w:i/>
          <w:color w:val="5A5A5A"/>
          <w:sz w:val="17"/>
        </w:rPr>
        <w:t>No gaps recorded.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5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Criminal record checks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Certificate issued by (DBS, Disclosure Scotland, AccessNI)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of certificate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Reference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An overseas certificate is needed for any country lived in for 6 months or more in the preceding 5 years.</w:t>
      </w:r>
    </w:p>
    <w:p>
      <w:pPr>
        <w:spacing w:before="0" w:after="40"/>
      </w:pPr>
      <w:r>
        <w:rPr>
          <w:rFonts w:ascii="Calibri" w:hAnsi="Calibri" w:eastAsia="Calibri" w:cs="Calibri"/>
          <w:b w:val="0"/>
          <w:i/>
          <w:color w:val="5A5A5A"/>
          <w:sz w:val="17"/>
        </w:rPr>
        <w:t>No overseas certificates recorded.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6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Accreditation check and training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Access to the Critical Part requested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Accreditation check status as recorded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GSAT certificate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GSAT provider or instructor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Other airport training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7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Sign-off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0" w:after="120"/>
      </w:pPr>
      <w:r>
        <w:rPr>
          <w:rFonts w:ascii="Calibri" w:hAnsi="Calibri" w:eastAsia="Calibri" w:cs="Calibri"/>
          <w:b w:val="0"/>
          <w:i w:val="0"/>
          <w:color w:val="1F2226"/>
          <w:sz w:val="17"/>
        </w:rPr>
        <w:t>This record shows what the file held on the date below. It is not a decision that the person is suitable, and anything listed as still needed is outstanding.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Organisation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Kerrigan &amp; Day Aviation Services Ltd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</w:p>
        </w:tc>
      </w:tr>
      <w:tr>
        <w:trPr>
          <w:cantSplit/>
          <w:trHeight w:val="680" w:hRule="atLeast"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Signature</w:t>
            </w:r>
          </w:p>
          <w:p>
            <w:pPr>
              <w:spacing w:before="20" w:after="0"/>
            </w:pP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</w:p>
        </w:tc>
      </w:tr>
    </w:tbl>
    <w:p>
      <w:pPr>
        <w:spacing w:before="0" w:after="0" w:line="2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>
        <w:tc>
          <w:tcPr>
            <w:tcW w:type="dxa" w:w="9978"/>
            <w:tcBorders>
              <w:top w:val="dashed" w:sz="8" w:space="0" w:color="5F6B77"/>
              <w:left w:val="dashed" w:sz="8" w:space="0" w:color="5F6B77"/>
              <w:bottom w:val="dashed" w:sz="8" w:space="0" w:color="5F6B77"/>
              <w:right w:val="dashed" w:sz="8" w:space="0" w:color="5F6B77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keepNext/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>Agency use only  ·  Still needed before submitting to the ID centre</w:t>
            </w:r>
          </w:p>
          <w:p>
            <w:pPr>
              <w:keepNext/>
              <w:spacing w:before="0" w:after="8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6"/>
              </w:rPr>
              <w:t>Obtain these, then delete this box before the record is filed or sent.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Airport and pass type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Right to work check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References for the full period the airport requires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History before 05/2022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Criminal record certificate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964" w:bottom="907" w:left="964" w:header="425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Formatix template for agencies and employers supplying aviation clients. Not an official form.</w:t>
    </w:r>
  </w:p>
  <w:p>
    <w:pPr>
      <w:tabs>
        <w:tab w:pos="9978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978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Airside Pass Background Check File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0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Airside Pass Background Check File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