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ageBreakBefore/>
        <w:spacing w:before="0" w:after="0" w:line="2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spacing w:before="0" w:after="40"/>
      </w:pPr>
      <w:r>
        <w:rPr>
          <w:rFonts w:ascii="Calibri" w:hAnsi="Calibri" w:eastAsia="Calibri" w:cs="Calibri"/>
          <w:b/>
          <w:i w:val="0"/>
          <w:color w:val="1F2226"/>
          <w:sz w:val="30"/>
        </w:rPr>
        <w:t>Agency worker suitability record</w:t>
      </w:r>
    </w:p>
    <w:p>
      <w:pPr>
        <w:spacing w:before="0" w:after="120"/>
      </w:pPr>
      <w:r>
        <w:rPr>
          <w:rFonts w:ascii="Calibri" w:hAnsi="Calibri" w:eastAsia="Calibri" w:cs="Calibri"/>
          <w:b w:val="0"/>
          <w:i w:val="0"/>
          <w:color w:val="5A5A5A"/>
          <w:sz w:val="16"/>
        </w:rPr>
        <w:t>Conduct of Employment Agencies and Employment Businesses Regulations 2003, regulations 18 to 22. One record per introduction or supply. Taken only from the hirer’s booking, the work-seeker’s documents and the agency’s notes; a blank box means not yet obtained.</w:t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Work-seeker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Bernadette Okonjo</w:t>
            </w:r>
          </w:p>
        </w:tc>
        <w:tc>
          <w:tcPr>
            <w:tcW w:type="dxa" w:w="4989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Hirer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Larkspur House Care Home, Kettering</w:t>
            </w:r>
          </w:p>
        </w:tc>
      </w:tr>
    </w:tbl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We are acting as</w:t>
            </w:r>
          </w:p>
          <w:p>
            <w:pPr>
              <w:spacing w:before="2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 Employment business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 Employment agency</w:t>
            </w:r>
          </w:p>
        </w:tc>
        <w:tc>
          <w:tcPr>
            <w:tcW w:type="dxa" w:w="4989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Agency / business name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Rowan &amp; Hale Care Staffing Ltd</w:t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1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Information from the hirer (regulation 18)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Hirer’s identity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Larkspur House Care Home, Kettering</w:t>
            </w:r>
          </w:p>
        </w:tc>
        <w:tc>
          <w:tcPr>
            <w:tcW w:type="dxa" w:w="4989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Nature of the hirer’s business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Residential and nursing care home, 48 beds, older people and dementia</w:t>
            </w:r>
          </w:p>
        </w:tc>
      </w:tr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Position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Senior care assistant (temporary)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Start date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26/10/2026</w:t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Likely duration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Ongoing, reviewed every 4 weeks</w:t>
            </w:r>
          </w:p>
        </w:tc>
      </w:tr>
      <w:tr>
        <w:trPr>
          <w:cantSplit/>
        </w:trPr>
        <w:tc>
          <w:tcPr>
            <w:tcW w:type="dxa" w:w="9977"/>
            <w:gridSpan w:val="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Type of work and duties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Personal care, medication rounds under the home's MAR procedure, leading a team of three care assistants on shift</w:t>
            </w:r>
          </w:p>
        </w:tc>
      </w:tr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Location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Larkspur House, Brampton Road, Kettering</w:t>
            </w:r>
          </w:p>
        </w:tc>
        <w:tc>
          <w:tcPr>
            <w:tcW w:type="dxa" w:w="4989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Hours of work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Long days 08:00-20:00, three a week</w:t>
            </w:r>
          </w:p>
        </w:tc>
      </w:tr>
      <w:tr>
        <w:trPr>
          <w:cantSplit/>
        </w:trPr>
        <w:tc>
          <w:tcPr>
            <w:tcW w:type="dxa" w:w="9977"/>
            <w:gridSpan w:val="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Known health and safety risks and the steps the hirer has taken to prevent or control them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Moving and handling of residents (hoists provided, two-person transfers); infection control (PPE provided). Risk assessments seen 20/10/2026.</w:t>
            </w:r>
          </w:p>
        </w:tc>
      </w:tr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Expenses payable by or to the work-seeker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None</w:t>
            </w:r>
          </w:p>
        </w:tc>
        <w:tc>
          <w:tcPr>
            <w:tcW w:type="dxa" w:w="4989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Information obtained on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20/10/2026</w:t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2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Confirmation about the work-seeker (regulation 19)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Identity confirmed</w:t>
            </w:r>
          </w:p>
          <w:p>
            <w:pPr>
              <w:spacing w:before="2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 Yes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 No</w:t>
            </w:r>
          </w:p>
        </w:tc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How (documents seen)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Nigerian passport and BRP seen in branch, copies kept</w:t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Date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08/09/2026</w:t>
            </w:r>
          </w:p>
        </w:tc>
      </w:tr>
    </w:tbl>
    <w:p>
      <w:pPr>
        <w:spacing w:before="0" w:after="0" w:line="8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keepNext/>
        <w:spacing w:before="40" w:after="60"/>
      </w:pPr>
      <w:r>
        <w:rPr>
          <w:rFonts w:ascii="Calibri" w:hAnsi="Calibri" w:eastAsia="Calibri" w:cs="Calibri"/>
          <w:b/>
          <w:i w:val="0"/>
          <w:color w:val="1F2226"/>
          <w:sz w:val="19"/>
        </w:rPr>
        <w:t>Experience, training, qualifications and authorisations required</w:t>
      </w:r>
    </w:p>
    <w:tbl>
      <w:tblPr>
        <w:tblLook w:firstColumn="1" w:firstRow="1" w:lastColumn="0" w:lastRow="0" w:noHBand="0" w:noVBand="1" w:val="04A0"/>
        <w:tblW w:w="9979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3515"/>
        <w:gridCol w:w="1701"/>
        <w:gridCol w:w="3402"/>
        <w:gridCol w:w="1361"/>
      </w:tblGrid>
      <w:tr>
        <w:trPr>
          <w:tblHeader/>
          <w:cantSplit/>
        </w:trPr>
        <w:tc>
          <w:tcPr>
            <w:tcW w:type="dxa" w:w="3515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Requirement</w:t>
            </w:r>
          </w:p>
        </w:tc>
        <w:tc>
          <w:tcPr>
            <w:tcW w:type="dxa" w:w="1701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Required by</w:t>
            </w:r>
          </w:p>
        </w:tc>
        <w:tc>
          <w:tcPr>
            <w:tcW w:type="dxa" w:w="3402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Evidence seen</w:t>
            </w:r>
          </w:p>
        </w:tc>
        <w:tc>
          <w:tcPr>
            <w:tcW w:type="dxa" w:w="1361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Confirmed</w:t>
            </w:r>
          </w:p>
        </w:tc>
      </w:tr>
      <w:tr>
        <w:trPr>
          <w:cantSplit/>
        </w:trPr>
        <w:tc>
          <w:tcPr>
            <w:tcW w:type="dxa" w:w="351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Level 3 Diploma in Adult Care</w:t>
            </w:r>
          </w:p>
        </w:tc>
        <w:tc>
          <w:tcPr>
            <w:tcW w:type="dxa" w:w="170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Hirer</w:t>
            </w:r>
          </w:p>
        </w:tc>
        <w:tc>
          <w:tcPr>
            <w:tcW w:type="dxa" w:w="340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Certificate seen (2022)</w:t>
            </w:r>
          </w:p>
        </w:tc>
        <w:tc>
          <w:tcPr>
            <w:tcW w:type="dxa" w:w="136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spacing w:before="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7"/>
              </w:rPr>
              <w:t xml:space="preserve"> Yes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7"/>
              </w:rPr>
              <w:t xml:space="preserve"> No</w:t>
            </w:r>
          </w:p>
        </w:tc>
      </w:tr>
      <w:tr>
        <w:trPr>
          <w:cantSplit/>
        </w:trPr>
        <w:tc>
          <w:tcPr>
            <w:tcW w:type="dxa" w:w="351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Medication administration training</w:t>
            </w:r>
          </w:p>
        </w:tc>
        <w:tc>
          <w:tcPr>
            <w:tcW w:type="dxa" w:w="170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Hirer</w:t>
            </w:r>
          </w:p>
        </w:tc>
        <w:tc>
          <w:tcPr>
            <w:tcW w:type="dxa" w:w="340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Certificate seen, 14/03/2026</w:t>
            </w:r>
          </w:p>
        </w:tc>
        <w:tc>
          <w:tcPr>
            <w:tcW w:type="dxa" w:w="136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spacing w:before="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7"/>
              </w:rPr>
              <w:t xml:space="preserve"> Yes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7"/>
              </w:rPr>
              <w:t xml:space="preserve"> No</w:t>
            </w:r>
          </w:p>
        </w:tc>
      </w:tr>
      <w:tr>
        <w:trPr>
          <w:cantSplit/>
        </w:trPr>
        <w:tc>
          <w:tcPr>
            <w:tcW w:type="dxa" w:w="351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Moving and handling of people</w:t>
            </w:r>
          </w:p>
        </w:tc>
        <w:tc>
          <w:tcPr>
            <w:tcW w:type="dxa" w:w="170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Hirer</w:t>
            </w:r>
          </w:p>
        </w:tc>
        <w:tc>
          <w:tcPr>
            <w:tcW w:type="dxa" w:w="340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Certificate seen, 02/05/2026</w:t>
            </w:r>
          </w:p>
        </w:tc>
        <w:tc>
          <w:tcPr>
            <w:tcW w:type="dxa" w:w="136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spacing w:before="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7"/>
              </w:rPr>
              <w:t xml:space="preserve"> Yes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7"/>
              </w:rPr>
              <w:t xml:space="preserve"> No</w:t>
            </w:r>
          </w:p>
        </w:tc>
      </w:tr>
      <w:tr>
        <w:trPr>
          <w:cantSplit/>
        </w:trPr>
        <w:tc>
          <w:tcPr>
            <w:tcW w:type="dxa" w:w="351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Enhanced DBS with adults' barred list</w:t>
            </w:r>
          </w:p>
        </w:tc>
        <w:tc>
          <w:tcPr>
            <w:tcW w:type="dxa" w:w="170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Law</w:t>
            </w:r>
          </w:p>
        </w:tc>
        <w:tc>
          <w:tcPr>
            <w:tcW w:type="dxa" w:w="340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Certificate issued 11/09/2026</w:t>
            </w:r>
          </w:p>
        </w:tc>
        <w:tc>
          <w:tcPr>
            <w:tcW w:type="dxa" w:w="136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spacing w:before="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7"/>
              </w:rPr>
              <w:t xml:space="preserve"> Yes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7"/>
              </w:rPr>
              <w:t xml:space="preserve"> No</w:t>
            </w:r>
          </w:p>
        </w:tc>
      </w:tr>
    </w:tbl>
    <w:p>
      <w:pPr>
        <w:spacing w:before="0" w:after="0" w:line="8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Willing to work in the position</w:t>
            </w:r>
          </w:p>
          <w:p>
            <w:pPr>
              <w:spacing w:before="2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 Yes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 No</w:t>
            </w:r>
          </w:p>
        </w:tc>
        <w:tc>
          <w:tcPr>
            <w:tcW w:type="dxa" w:w="4989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Confirmed on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21/10/2026</w:t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3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Protection of the work-seeker and the hirer (regulation 20)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8050"/>
        <w:gridCol w:w="1928"/>
      </w:tblGrid>
      <w:tr>
        <w:trPr>
          <w:cantSplit/>
        </w:trPr>
        <w:tc>
          <w:tcPr>
            <w:tcW w:type="dxa" w:w="8050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60" w:type="dxa"/>
              <w:left w:w="95" w:type="dxa"/>
              <w:bottom w:w="60" w:type="dxa"/>
              <w:right w:w="95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>The work-seeker and the hirer have been told of any legal or professional body requirements for the position</w:t>
            </w:r>
          </w:p>
        </w:tc>
        <w:tc>
          <w:tcPr>
            <w:tcW w:type="dxa" w:w="1928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60" w:type="dxa"/>
              <w:left w:w="95" w:type="dxa"/>
              <w:bottom w:w="60" w:type="dxa"/>
              <w:right w:w="95" w:type="dxa"/>
            </w:tcMar>
          </w:tcPr>
          <w:p>
            <w:pPr>
              <w:spacing w:before="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Yes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No</w:t>
            </w:r>
          </w:p>
        </w:tc>
      </w:tr>
      <w:tr>
        <w:trPr>
          <w:cantSplit/>
        </w:trPr>
        <w:tc>
          <w:tcPr>
            <w:tcW w:type="dxa" w:w="8050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60" w:type="dxa"/>
              <w:left w:w="95" w:type="dxa"/>
              <w:bottom w:w="60" w:type="dxa"/>
              <w:right w:w="95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>Enquiries made that the placement would not be detrimental to the interests of the work-seeker or the hirer</w:t>
            </w:r>
          </w:p>
        </w:tc>
        <w:tc>
          <w:tcPr>
            <w:tcW w:type="dxa" w:w="1928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60" w:type="dxa"/>
              <w:left w:w="95" w:type="dxa"/>
              <w:bottom w:w="60" w:type="dxa"/>
              <w:right w:w="95" w:type="dxa"/>
            </w:tcMar>
          </w:tcPr>
          <w:p>
            <w:pPr>
              <w:spacing w:before="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Yes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No</w:t>
            </w:r>
          </w:p>
        </w:tc>
      </w:tr>
    </w:tbl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9978"/>
      </w:tblGrid>
      <w:tr>
        <w:trPr>
          <w:cantSplit/>
        </w:trPr>
        <w:tc>
          <w:tcPr>
            <w:tcW w:type="dxa" w:w="9978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Information suggesting the work-seeker may be unsuitable, and what was done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  <w:r>
              <w:rPr>
                <w:rFonts w:ascii="Calibri" w:hAnsi="Calibri" w:eastAsia="Calibri" w:cs="Calibri"/>
                <w:b w:val="0"/>
                <w:i/>
                <w:color w:val="5A5A5A"/>
                <w:sz w:val="17"/>
              </w:rPr>
              <w:t>None recorded.</w:t>
            </w: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/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4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Vulnerable persons and required qualifications (regulation 22)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7370"/>
        <w:gridCol w:w="2608"/>
      </w:tblGrid>
      <w:tr>
        <w:trPr>
          <w:cantSplit/>
        </w:trPr>
        <w:tc>
          <w:tcPr>
            <w:tcW w:type="dxa" w:w="7370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60" w:type="dxa"/>
              <w:left w:w="95" w:type="dxa"/>
              <w:bottom w:w="60" w:type="dxa"/>
              <w:right w:w="95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>The position involves working with, caring for or attending a vulnerable person</w:t>
            </w:r>
          </w:p>
        </w:tc>
        <w:tc>
          <w:tcPr>
            <w:tcW w:type="dxa" w:w="2608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60" w:type="dxa"/>
              <w:left w:w="95" w:type="dxa"/>
              <w:bottom w:w="60" w:type="dxa"/>
              <w:right w:w="95" w:type="dxa"/>
            </w:tcMar>
          </w:tcPr>
          <w:p>
            <w:pPr>
              <w:spacing w:before="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Yes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No</w:t>
            </w:r>
          </w:p>
        </w:tc>
      </w:tr>
      <w:tr>
        <w:trPr>
          <w:cantSplit/>
        </w:trPr>
        <w:tc>
          <w:tcPr>
            <w:tcW w:type="dxa" w:w="7370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60" w:type="dxa"/>
              <w:left w:w="95" w:type="dxa"/>
              <w:bottom w:w="60" w:type="dxa"/>
              <w:right w:w="95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>A qualification or authorisation is required by law or a professional body</w:t>
            </w:r>
          </w:p>
        </w:tc>
        <w:tc>
          <w:tcPr>
            <w:tcW w:type="dxa" w:w="2608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60" w:type="dxa"/>
              <w:left w:w="95" w:type="dxa"/>
              <w:bottom w:w="60" w:type="dxa"/>
              <w:right w:w="95" w:type="dxa"/>
            </w:tcMar>
          </w:tcPr>
          <w:p>
            <w:pPr>
              <w:spacing w:before="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Yes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No</w:t>
            </w:r>
          </w:p>
        </w:tc>
      </w:tr>
      <w:tr>
        <w:trPr>
          <w:cantSplit/>
        </w:trPr>
        <w:tc>
          <w:tcPr>
            <w:tcW w:type="dxa" w:w="7370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60" w:type="dxa"/>
              <w:left w:w="95" w:type="dxa"/>
              <w:bottom w:w="60" w:type="dxa"/>
              <w:right w:w="95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>Copies of the relevant qualifications and authorisations obtained</w:t>
            </w:r>
          </w:p>
        </w:tc>
        <w:tc>
          <w:tcPr>
            <w:tcW w:type="dxa" w:w="2608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60" w:type="dxa"/>
              <w:left w:w="95" w:type="dxa"/>
              <w:bottom w:w="60" w:type="dxa"/>
              <w:right w:w="95" w:type="dxa"/>
            </w:tcMar>
          </w:tcPr>
          <w:p>
            <w:pPr>
              <w:spacing w:before="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Yes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No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N/A</w:t>
            </w:r>
          </w:p>
        </w:tc>
      </w:tr>
      <w:tr>
        <w:trPr>
          <w:cantSplit/>
        </w:trPr>
        <w:tc>
          <w:tcPr>
            <w:tcW w:type="dxa" w:w="7370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60" w:type="dxa"/>
              <w:left w:w="95" w:type="dxa"/>
              <w:bottom w:w="60" w:type="dxa"/>
              <w:right w:w="95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>Copies offered to the hirer</w:t>
            </w:r>
          </w:p>
        </w:tc>
        <w:tc>
          <w:tcPr>
            <w:tcW w:type="dxa" w:w="2608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60" w:type="dxa"/>
              <w:left w:w="95" w:type="dxa"/>
              <w:bottom w:w="60" w:type="dxa"/>
              <w:right w:w="95" w:type="dxa"/>
            </w:tcMar>
          </w:tcPr>
          <w:p>
            <w:pPr>
              <w:spacing w:before="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Yes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No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N/A</w:t>
            </w:r>
          </w:p>
        </w:tc>
      </w:tr>
    </w:tbl>
    <w:p>
      <w:pPr>
        <w:spacing w:before="0" w:after="0" w:line="8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keepNext/>
        <w:spacing w:before="40" w:after="60"/>
      </w:pPr>
      <w:r>
        <w:rPr>
          <w:rFonts w:ascii="Calibri" w:hAnsi="Calibri" w:eastAsia="Calibri" w:cs="Calibri"/>
          <w:b/>
          <w:i w:val="0"/>
          <w:color w:val="1F2226"/>
          <w:sz w:val="19"/>
        </w:rPr>
        <w:t>References (two, from people who are not relatives)</w:t>
      </w:r>
    </w:p>
    <w:tbl>
      <w:tblPr>
        <w:tblLook w:firstColumn="1" w:firstRow="1" w:lastColumn="0" w:lastRow="0" w:noHBand="0" w:noVBand="1" w:val="04A0"/>
        <w:tblW w:w="9979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721"/>
        <w:gridCol w:w="3969"/>
        <w:gridCol w:w="1361"/>
        <w:gridCol w:w="1928"/>
      </w:tblGrid>
      <w:tr>
        <w:trPr>
          <w:tblHeader/>
          <w:cantSplit/>
        </w:trPr>
        <w:tc>
          <w:tcPr>
            <w:tcW w:type="dxa" w:w="2721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Referee</w:t>
            </w:r>
          </w:p>
        </w:tc>
        <w:tc>
          <w:tcPr>
            <w:tcW w:type="dxa" w:w="3969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Capacity known</w:t>
            </w:r>
          </w:p>
        </w:tc>
        <w:tc>
          <w:tcPr>
            <w:tcW w:type="dxa" w:w="1361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Received</w:t>
            </w:r>
          </w:p>
        </w:tc>
        <w:tc>
          <w:tcPr>
            <w:tcW w:type="dxa" w:w="1928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Agreed to disclosure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Janet Ferris, Registered Manager, Oakvale Lodge</w:t>
            </w:r>
          </w:p>
        </w:tc>
        <w:tc>
          <w:tcPr>
            <w:tcW w:type="dxa" w:w="3969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Line manager, 2021-2026</w:t>
            </w:r>
          </w:p>
        </w:tc>
        <w:tc>
          <w:tcPr>
            <w:tcW w:type="dxa" w:w="136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15/09/2026</w:t>
            </w:r>
          </w:p>
        </w:tc>
        <w:tc>
          <w:tcPr>
            <w:tcW w:type="dxa" w:w="1928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spacing w:before="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7"/>
              </w:rPr>
              <w:t xml:space="preserve"> Yes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7"/>
              </w:rPr>
              <w:t xml:space="preserve"> No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Colin Marsh, Deputy Manager, Brook View Care</w:t>
            </w:r>
          </w:p>
        </w:tc>
        <w:tc>
          <w:tcPr>
            <w:tcW w:type="dxa" w:w="3969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Supervisor, 2019-2021</w:t>
            </w:r>
          </w:p>
        </w:tc>
        <w:tc>
          <w:tcPr>
            <w:tcW w:type="dxa" w:w="136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22/09/2026</w:t>
            </w:r>
          </w:p>
        </w:tc>
        <w:tc>
          <w:tcPr>
            <w:tcW w:type="dxa" w:w="1928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spacing w:before="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7"/>
              </w:rPr>
              <w:t xml:space="preserve"> Yes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7"/>
              </w:rPr>
              <w:t xml:space="preserve"> No</w:t>
            </w:r>
          </w:p>
        </w:tc>
      </w:tr>
    </w:tbl>
    <w:p>
      <w:pPr>
        <w:spacing w:before="0" w:after="0" w:line="8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Reference copies offered to the hirer</w:t>
            </w:r>
          </w:p>
          <w:p>
            <w:pPr>
              <w:spacing w:before="2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 Yes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 No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 N/A</w:t>
            </w:r>
          </w:p>
        </w:tc>
        <w:tc>
          <w:tcPr>
            <w:tcW w:type="dxa" w:w="4989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All the steps above completed</w:t>
            </w:r>
          </w:p>
          <w:p>
            <w:pPr>
              <w:spacing w:before="2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 Yes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 No</w:t>
            </w:r>
          </w:p>
        </w:tc>
      </w:tr>
    </w:tbl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9978"/>
      </w:tblGrid>
      <w:tr>
        <w:trPr>
          <w:cantSplit/>
        </w:trPr>
        <w:tc>
          <w:tcPr>
            <w:tcW w:type="dxa" w:w="9978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Other steps taken to confirm suitability (e.g. DBS check)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Enhanced DBS with adults' barred list, certificate issued 11/09/2026, on the Update Service</w:t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5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Information given (regulation 21)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Work-seeker proposed to the hirer on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21/10/2026</w:t>
            </w:r>
          </w:p>
        </w:tc>
        <w:tc>
          <w:tcPr>
            <w:tcW w:type="dxa" w:w="4989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Information given</w:t>
            </w:r>
          </w:p>
          <w:p>
            <w:pPr>
              <w:spacing w:before="2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 In writing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 Orally</w:t>
            </w:r>
          </w:p>
        </w:tc>
      </w:tr>
      <w:tr>
        <w:trPr>
          <w:cantSplit/>
        </w:trPr>
        <w:tc>
          <w:tcPr>
            <w:tcW w:type="dxa" w:w="9977"/>
            <w:gridSpan w:val="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Written confirmation sent on (by the end of the third business day)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21/10/2026</w:t>
            </w:r>
          </w:p>
        </w:tc>
      </w:tr>
      <w:tr>
        <w:trPr>
          <w:cantSplit/>
        </w:trPr>
        <w:tc>
          <w:tcPr>
            <w:tcW w:type="dxa" w:w="9977"/>
            <w:gridSpan w:val="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Contract the work-seeker will be employed under</w:t>
            </w:r>
          </w:p>
          <w:p>
            <w:pPr>
              <w:spacing w:before="2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Contract of service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Apprenticeship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Contract for services</w:t>
            </w:r>
          </w:p>
        </w:tc>
      </w:tr>
      <w:tr>
        <w:trPr>
          <w:cantSplit/>
        </w:trPr>
        <w:tc>
          <w:tcPr>
            <w:tcW w:type="dxa" w:w="9977"/>
            <w:gridSpan w:val="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Hirer’s information (regulation 18) given to the work-seeker on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21/10/2026</w:t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6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Completed by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Name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Hayley Burrows</w:t>
            </w:r>
          </w:p>
        </w:tc>
        <w:tc>
          <w:tcPr>
            <w:tcW w:type="dxa" w:w="4989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Position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Compliance officer</w:t>
            </w:r>
          </w:p>
        </w:tc>
      </w:tr>
      <w:tr>
        <w:trPr>
          <w:cantSplit/>
          <w:trHeight w:val="680" w:hRule="atLeast"/>
        </w:trPr>
        <w:tc>
          <w:tcPr>
            <w:tcW w:type="dxa" w:w="7482"/>
            <w:gridSpan w:val="3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Signature</w:t>
            </w:r>
          </w:p>
          <w:p>
            <w:pPr>
              <w:spacing w:before="20" w:after="0"/>
            </w:pP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Date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21/10/2026</w:t>
            </w:r>
          </w:p>
        </w:tc>
      </w:tr>
    </w:tbl>
    <w:p>
      <w:pPr>
        <w:spacing w:before="0" w:after="0" w:line="2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pageBreakBefore/>
        <w:spacing w:before="0" w:after="0" w:line="2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spacing w:before="0" w:after="40"/>
      </w:pPr>
      <w:r>
        <w:rPr>
          <w:rFonts w:ascii="Calibri" w:hAnsi="Calibri" w:eastAsia="Calibri" w:cs="Calibri"/>
          <w:b/>
          <w:i w:val="0"/>
          <w:color w:val="1F2226"/>
          <w:sz w:val="30"/>
        </w:rPr>
        <w:t>Agency worker suitability record</w:t>
      </w:r>
    </w:p>
    <w:p>
      <w:pPr>
        <w:spacing w:before="0" w:after="120"/>
      </w:pPr>
      <w:r>
        <w:rPr>
          <w:rFonts w:ascii="Calibri" w:hAnsi="Calibri" w:eastAsia="Calibri" w:cs="Calibri"/>
          <w:b w:val="0"/>
          <w:i w:val="0"/>
          <w:color w:val="5A5A5A"/>
          <w:sz w:val="16"/>
        </w:rPr>
        <w:t>Conduct of Employment Agencies and Employment Businesses Regulations 2003, regulations 18 to 22. One record per introduction or supply. Taken only from the hirer’s booking, the work-seeker’s documents and the agency’s notes; a blank box means not yet obtained.</w:t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Work-seeker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Gareth Pryce-Jenkins</w:t>
            </w:r>
          </w:p>
        </w:tc>
        <w:tc>
          <w:tcPr>
            <w:tcW w:type="dxa" w:w="4989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Hirer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Marchwood Distribution Ltd, Daventry DC2</w:t>
            </w:r>
          </w:p>
        </w:tc>
      </w:tr>
    </w:tbl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We are acting as</w:t>
            </w:r>
          </w:p>
          <w:p>
            <w:pPr>
              <w:spacing w:before="2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 Employment business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 Employment agency</w:t>
            </w:r>
          </w:p>
        </w:tc>
        <w:tc>
          <w:tcPr>
            <w:tcW w:type="dxa" w:w="4989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Agency / business name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Fernhill &amp; Cole Staffing Ltd</w:t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1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Information from the hirer (regulation 18)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Hirer’s identity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Marchwood Distribution Ltd, Daventry DC2</w:t>
            </w:r>
          </w:p>
        </w:tc>
        <w:tc>
          <w:tcPr>
            <w:tcW w:type="dxa" w:w="4989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Nature of the hirer’s business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Third-party logistics warehouse (ambient grocery)</w:t>
            </w:r>
          </w:p>
        </w:tc>
      </w:tr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Position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Counterbalance forklift driver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Start date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12/10/2026</w:t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Likely duration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Peak cover to 08/01/2027</w:t>
            </w:r>
          </w:p>
        </w:tc>
      </w:tr>
      <w:tr>
        <w:trPr>
          <w:cantSplit/>
        </w:trPr>
        <w:tc>
          <w:tcPr>
            <w:tcW w:type="dxa" w:w="9977"/>
            <w:gridSpan w:val="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Type of work and duties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Loading and unloading trailers, putaway, replenishment</w:t>
            </w:r>
          </w:p>
        </w:tc>
      </w:tr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Location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Marchwood DC2, Royal Oak Way, Daventry</w:t>
            </w:r>
          </w:p>
        </w:tc>
        <w:tc>
          <w:tcPr>
            <w:tcW w:type="dxa" w:w="4989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Hours of work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Nights, Sun-Thu 22:00-06:00</w:t>
            </w:r>
          </w:p>
        </w:tc>
      </w:tr>
      <w:tr>
        <w:trPr>
          <w:cantSplit/>
        </w:trPr>
        <w:tc>
          <w:tcPr>
            <w:tcW w:type="dxa" w:w="9977"/>
            <w:gridSpan w:val="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Known health and safety risks and the steps the hirer has taken to prevent or control them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Vehicle and pedestrian traffic in the yard; hi-vis and safety boots required (boots supplied by us). Site induction on the first shift.</w:t>
            </w:r>
          </w:p>
        </w:tc>
      </w:tr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Expenses payable by or to the work-seeker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None</w:t>
            </w:r>
          </w:p>
        </w:tc>
        <w:tc>
          <w:tcPr>
            <w:tcW w:type="dxa" w:w="4989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Information obtained on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02/10/2026</w:t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2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Confirmation about the work-seeker (regulation 19)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Identity confirmed</w:t>
            </w:r>
          </w:p>
          <w:p>
            <w:pPr>
              <w:spacing w:before="2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 Yes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 No</w:t>
            </w:r>
          </w:p>
        </w:tc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How (documents seen)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UK passport seen in branch</w:t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Date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09/10/2026</w:t>
            </w:r>
          </w:p>
        </w:tc>
      </w:tr>
    </w:tbl>
    <w:p>
      <w:pPr>
        <w:spacing w:before="0" w:after="0" w:line="8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keepNext/>
        <w:spacing w:before="40" w:after="60"/>
      </w:pPr>
      <w:r>
        <w:rPr>
          <w:rFonts w:ascii="Calibri" w:hAnsi="Calibri" w:eastAsia="Calibri" w:cs="Calibri"/>
          <w:b/>
          <w:i w:val="0"/>
          <w:color w:val="1F2226"/>
          <w:sz w:val="19"/>
        </w:rPr>
        <w:t>Experience, training, qualifications and authorisations required</w:t>
      </w:r>
    </w:p>
    <w:tbl>
      <w:tblPr>
        <w:tblLook w:firstColumn="1" w:firstRow="1" w:lastColumn="0" w:lastRow="0" w:noHBand="0" w:noVBand="1" w:val="04A0"/>
        <w:tblW w:w="9979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3515"/>
        <w:gridCol w:w="1701"/>
        <w:gridCol w:w="3402"/>
        <w:gridCol w:w="1361"/>
      </w:tblGrid>
      <w:tr>
        <w:trPr>
          <w:tblHeader/>
          <w:cantSplit/>
        </w:trPr>
        <w:tc>
          <w:tcPr>
            <w:tcW w:type="dxa" w:w="3515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Requirement</w:t>
            </w:r>
          </w:p>
        </w:tc>
        <w:tc>
          <w:tcPr>
            <w:tcW w:type="dxa" w:w="1701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Required by</w:t>
            </w:r>
          </w:p>
        </w:tc>
        <w:tc>
          <w:tcPr>
            <w:tcW w:type="dxa" w:w="3402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Evidence seen</w:t>
            </w:r>
          </w:p>
        </w:tc>
        <w:tc>
          <w:tcPr>
            <w:tcW w:type="dxa" w:w="1361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Confirmed</w:t>
            </w:r>
          </w:p>
        </w:tc>
      </w:tr>
      <w:tr>
        <w:trPr>
          <w:cantSplit/>
        </w:trPr>
        <w:tc>
          <w:tcPr>
            <w:tcW w:type="dxa" w:w="351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Counterbalance forklift licence (RTITB)</w:t>
            </w:r>
          </w:p>
        </w:tc>
        <w:tc>
          <w:tcPr>
            <w:tcW w:type="dxa" w:w="170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Hirer</w:t>
            </w:r>
          </w:p>
        </w:tc>
        <w:tc>
          <w:tcPr>
            <w:tcW w:type="dxa" w:w="340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Certificate seen, issued 06/2024</w:t>
            </w:r>
          </w:p>
        </w:tc>
        <w:tc>
          <w:tcPr>
            <w:tcW w:type="dxa" w:w="136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spacing w:before="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7"/>
              </w:rPr>
              <w:t xml:space="preserve"> Yes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7"/>
              </w:rPr>
              <w:t xml:space="preserve"> No</w:t>
            </w:r>
          </w:p>
        </w:tc>
      </w:tr>
      <w:tr>
        <w:trPr>
          <w:cantSplit/>
        </w:trPr>
        <w:tc>
          <w:tcPr>
            <w:tcW w:type="dxa" w:w="351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Night work experience</w:t>
            </w:r>
          </w:p>
        </w:tc>
        <w:tc>
          <w:tcPr>
            <w:tcW w:type="dxa" w:w="170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Hirer</w:t>
            </w:r>
          </w:p>
        </w:tc>
        <w:tc>
          <w:tcPr>
            <w:tcW w:type="dxa" w:w="340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CV: 3 years nights at Gorsebrook Foods</w:t>
            </w:r>
          </w:p>
        </w:tc>
        <w:tc>
          <w:tcPr>
            <w:tcW w:type="dxa" w:w="136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spacing w:before="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7"/>
              </w:rPr>
              <w:t xml:space="preserve"> Yes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7"/>
              </w:rPr>
              <w:t xml:space="preserve"> No</w:t>
            </w:r>
          </w:p>
        </w:tc>
      </w:tr>
    </w:tbl>
    <w:p>
      <w:pPr>
        <w:spacing w:before="0" w:after="0" w:line="8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Willing to work in the position</w:t>
            </w:r>
          </w:p>
          <w:p>
            <w:pPr>
              <w:spacing w:before="2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 Yes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 No</w:t>
            </w:r>
          </w:p>
        </w:tc>
        <w:tc>
          <w:tcPr>
            <w:tcW w:type="dxa" w:w="4989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Confirmed on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09/10/2026</w:t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3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Protection of the work-seeker and the hirer (regulation 20)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8050"/>
        <w:gridCol w:w="1928"/>
      </w:tblGrid>
      <w:tr>
        <w:trPr>
          <w:cantSplit/>
        </w:trPr>
        <w:tc>
          <w:tcPr>
            <w:tcW w:type="dxa" w:w="8050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60" w:type="dxa"/>
              <w:left w:w="95" w:type="dxa"/>
              <w:bottom w:w="60" w:type="dxa"/>
              <w:right w:w="95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>The work-seeker and the hirer have been told of any legal or professional body requirements for the position</w:t>
            </w:r>
          </w:p>
        </w:tc>
        <w:tc>
          <w:tcPr>
            <w:tcW w:type="dxa" w:w="1928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60" w:type="dxa"/>
              <w:left w:w="95" w:type="dxa"/>
              <w:bottom w:w="60" w:type="dxa"/>
              <w:right w:w="95" w:type="dxa"/>
            </w:tcMar>
          </w:tcPr>
          <w:p>
            <w:pPr>
              <w:spacing w:before="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Yes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No</w:t>
            </w:r>
          </w:p>
        </w:tc>
      </w:tr>
      <w:tr>
        <w:trPr>
          <w:cantSplit/>
        </w:trPr>
        <w:tc>
          <w:tcPr>
            <w:tcW w:type="dxa" w:w="8050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60" w:type="dxa"/>
              <w:left w:w="95" w:type="dxa"/>
              <w:bottom w:w="60" w:type="dxa"/>
              <w:right w:w="95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>Enquiries made that the placement would not be detrimental to the interests of the work-seeker or the hirer</w:t>
            </w:r>
          </w:p>
        </w:tc>
        <w:tc>
          <w:tcPr>
            <w:tcW w:type="dxa" w:w="1928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60" w:type="dxa"/>
              <w:left w:w="95" w:type="dxa"/>
              <w:bottom w:w="60" w:type="dxa"/>
              <w:right w:w="95" w:type="dxa"/>
            </w:tcMar>
          </w:tcPr>
          <w:p>
            <w:pPr>
              <w:spacing w:before="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Yes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No</w:t>
            </w:r>
          </w:p>
        </w:tc>
      </w:tr>
    </w:tbl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9978"/>
      </w:tblGrid>
      <w:tr>
        <w:trPr>
          <w:cantSplit/>
        </w:trPr>
        <w:tc>
          <w:tcPr>
            <w:tcW w:type="dxa" w:w="9978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Information suggesting the work-seeker may be unsuitable, and what was done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  <w:r>
              <w:rPr>
                <w:rFonts w:ascii="Calibri" w:hAnsi="Calibri" w:eastAsia="Calibri" w:cs="Calibri"/>
                <w:b w:val="0"/>
                <w:i/>
                <w:color w:val="5A5A5A"/>
                <w:sz w:val="17"/>
              </w:rPr>
              <w:t>None recorded.</w:t>
            </w: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/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4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Vulnerable persons and required qualifications (regulation 22)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7370"/>
        <w:gridCol w:w="2608"/>
      </w:tblGrid>
      <w:tr>
        <w:trPr>
          <w:cantSplit/>
        </w:trPr>
        <w:tc>
          <w:tcPr>
            <w:tcW w:type="dxa" w:w="7370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60" w:type="dxa"/>
              <w:left w:w="95" w:type="dxa"/>
              <w:bottom w:w="60" w:type="dxa"/>
              <w:right w:w="95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>The position involves working with, caring for or attending a vulnerable person</w:t>
            </w:r>
          </w:p>
        </w:tc>
        <w:tc>
          <w:tcPr>
            <w:tcW w:type="dxa" w:w="2608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60" w:type="dxa"/>
              <w:left w:w="95" w:type="dxa"/>
              <w:bottom w:w="60" w:type="dxa"/>
              <w:right w:w="95" w:type="dxa"/>
            </w:tcMar>
          </w:tcPr>
          <w:p>
            <w:pPr>
              <w:spacing w:before="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Yes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No</w:t>
            </w:r>
          </w:p>
        </w:tc>
      </w:tr>
      <w:tr>
        <w:trPr>
          <w:cantSplit/>
        </w:trPr>
        <w:tc>
          <w:tcPr>
            <w:tcW w:type="dxa" w:w="7370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60" w:type="dxa"/>
              <w:left w:w="95" w:type="dxa"/>
              <w:bottom w:w="60" w:type="dxa"/>
              <w:right w:w="95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>A qualification or authorisation is required by law or a professional body</w:t>
            </w:r>
          </w:p>
        </w:tc>
        <w:tc>
          <w:tcPr>
            <w:tcW w:type="dxa" w:w="2608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60" w:type="dxa"/>
              <w:left w:w="95" w:type="dxa"/>
              <w:bottom w:w="60" w:type="dxa"/>
              <w:right w:w="95" w:type="dxa"/>
            </w:tcMar>
          </w:tcPr>
          <w:p>
            <w:pPr>
              <w:spacing w:before="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Yes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No</w:t>
            </w:r>
          </w:p>
        </w:tc>
      </w:tr>
      <w:tr>
        <w:trPr>
          <w:cantSplit/>
        </w:trPr>
        <w:tc>
          <w:tcPr>
            <w:tcW w:type="dxa" w:w="7370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60" w:type="dxa"/>
              <w:left w:w="95" w:type="dxa"/>
              <w:bottom w:w="60" w:type="dxa"/>
              <w:right w:w="95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>Copies of the relevant qualifications and authorisations obtained</w:t>
            </w:r>
          </w:p>
        </w:tc>
        <w:tc>
          <w:tcPr>
            <w:tcW w:type="dxa" w:w="2608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60" w:type="dxa"/>
              <w:left w:w="95" w:type="dxa"/>
              <w:bottom w:w="60" w:type="dxa"/>
              <w:right w:w="95" w:type="dxa"/>
            </w:tcMar>
          </w:tcPr>
          <w:p>
            <w:pPr>
              <w:spacing w:before="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Yes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No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N/A</w:t>
            </w:r>
          </w:p>
        </w:tc>
      </w:tr>
      <w:tr>
        <w:trPr>
          <w:cantSplit/>
        </w:trPr>
        <w:tc>
          <w:tcPr>
            <w:tcW w:type="dxa" w:w="7370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60" w:type="dxa"/>
              <w:left w:w="95" w:type="dxa"/>
              <w:bottom w:w="60" w:type="dxa"/>
              <w:right w:w="95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>Copies offered to the hirer</w:t>
            </w:r>
          </w:p>
        </w:tc>
        <w:tc>
          <w:tcPr>
            <w:tcW w:type="dxa" w:w="2608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60" w:type="dxa"/>
              <w:left w:w="95" w:type="dxa"/>
              <w:bottom w:w="60" w:type="dxa"/>
              <w:right w:w="95" w:type="dxa"/>
            </w:tcMar>
          </w:tcPr>
          <w:p>
            <w:pPr>
              <w:spacing w:before="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Yes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No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N/A</w:t>
            </w:r>
          </w:p>
        </w:tc>
      </w:tr>
    </w:tbl>
    <w:p>
      <w:pPr>
        <w:spacing w:before="0" w:after="0" w:line="8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keepNext/>
        <w:spacing w:before="40" w:after="60"/>
      </w:pPr>
      <w:r>
        <w:rPr>
          <w:rFonts w:ascii="Calibri" w:hAnsi="Calibri" w:eastAsia="Calibri" w:cs="Calibri"/>
          <w:b/>
          <w:i w:val="0"/>
          <w:color w:val="1F2226"/>
          <w:sz w:val="19"/>
        </w:rPr>
        <w:t>References (two, from people who are not relatives)</w:t>
      </w:r>
    </w:p>
    <w:p>
      <w:pPr>
        <w:spacing w:before="0" w:after="40"/>
      </w:pPr>
      <w:r>
        <w:rPr>
          <w:rFonts w:ascii="Calibri" w:hAnsi="Calibri" w:eastAsia="Calibri" w:cs="Calibri"/>
          <w:b w:val="0"/>
          <w:i/>
          <w:color w:val="5A5A5A"/>
          <w:sz w:val="17"/>
        </w:rPr>
        <w:t>No references recorded yet.</w:t>
      </w:r>
    </w:p>
    <w:p>
      <w:pPr>
        <w:spacing w:before="0" w:after="0" w:line="8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Reference copies offered to the hirer</w:t>
            </w:r>
          </w:p>
          <w:p>
            <w:pPr>
              <w:spacing w:before="2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 Yes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 No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 N/A</w:t>
            </w:r>
          </w:p>
        </w:tc>
        <w:tc>
          <w:tcPr>
            <w:tcW w:type="dxa" w:w="4989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All the steps above completed</w:t>
            </w:r>
          </w:p>
          <w:p>
            <w:pPr>
              <w:spacing w:before="2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 Yes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 No</w:t>
            </w:r>
          </w:p>
        </w:tc>
      </w:tr>
    </w:tbl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9978"/>
      </w:tblGrid>
      <w:tr>
        <w:trPr>
          <w:cantSplit/>
        </w:trPr>
        <w:tc>
          <w:tcPr>
            <w:tcW w:type="dxa" w:w="9978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Other steps taken to confirm suitability (e.g. DBS check)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  <w:r>
              <w:rPr>
                <w:rFonts w:ascii="Calibri" w:hAnsi="Calibri" w:eastAsia="Calibri" w:cs="Calibri"/>
                <w:b w:val="0"/>
                <w:i/>
                <w:color w:val="5A5A5A"/>
                <w:sz w:val="17"/>
              </w:rPr>
              <w:t>None recorded.</w:t>
            </w: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/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5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Information given (regulation 21)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Work-seeker proposed to the hirer on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09/10/2026</w:t>
            </w:r>
          </w:p>
        </w:tc>
        <w:tc>
          <w:tcPr>
            <w:tcW w:type="dxa" w:w="4989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Information given</w:t>
            </w:r>
          </w:p>
          <w:p>
            <w:pPr>
              <w:spacing w:before="2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 In writing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 Orally</w:t>
            </w:r>
          </w:p>
        </w:tc>
      </w:tr>
      <w:tr>
        <w:trPr>
          <w:cantSplit/>
        </w:trPr>
        <w:tc>
          <w:tcPr>
            <w:tcW w:type="dxa" w:w="9977"/>
            <w:gridSpan w:val="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Written confirmation sent on (by the end of the third business day)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12/10/2026</w:t>
            </w:r>
          </w:p>
        </w:tc>
      </w:tr>
      <w:tr>
        <w:trPr>
          <w:cantSplit/>
        </w:trPr>
        <w:tc>
          <w:tcPr>
            <w:tcW w:type="dxa" w:w="9977"/>
            <w:gridSpan w:val="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Contract the work-seeker will be employed under</w:t>
            </w:r>
          </w:p>
          <w:p>
            <w:pPr>
              <w:spacing w:before="2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Contract of service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Apprenticeship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Contract for services</w:t>
            </w:r>
          </w:p>
        </w:tc>
      </w:tr>
      <w:tr>
        <w:trPr>
          <w:cantSplit/>
        </w:trPr>
        <w:tc>
          <w:tcPr>
            <w:tcW w:type="dxa" w:w="9977"/>
            <w:gridSpan w:val="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Hirer’s information (regulation 18) given to the work-seeker on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09/10/2026</w:t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6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Completed by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Name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Leanne Hollis</w:t>
            </w:r>
          </w:p>
        </w:tc>
        <w:tc>
          <w:tcPr>
            <w:tcW w:type="dxa" w:w="4989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Position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Branch compliance coordinator</w:t>
            </w:r>
          </w:p>
        </w:tc>
      </w:tr>
      <w:tr>
        <w:trPr>
          <w:cantSplit/>
          <w:trHeight w:val="680" w:hRule="atLeast"/>
        </w:trPr>
        <w:tc>
          <w:tcPr>
            <w:tcW w:type="dxa" w:w="7482"/>
            <w:gridSpan w:val="3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Signature</w:t>
            </w:r>
          </w:p>
          <w:p>
            <w:pPr>
              <w:spacing w:before="20" w:after="0"/>
            </w:pP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Date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12/10/2026</w:t>
            </w:r>
          </w:p>
        </w:tc>
      </w:tr>
    </w:tbl>
    <w:p>
      <w:pPr>
        <w:spacing w:before="0" w:after="0" w:line="2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pageBreakBefore/>
        <w:spacing w:before="0" w:after="0" w:line="2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spacing w:before="0" w:after="40"/>
      </w:pPr>
      <w:r>
        <w:rPr>
          <w:rFonts w:ascii="Calibri" w:hAnsi="Calibri" w:eastAsia="Calibri" w:cs="Calibri"/>
          <w:b/>
          <w:i w:val="0"/>
          <w:color w:val="1F2226"/>
          <w:sz w:val="30"/>
        </w:rPr>
        <w:t>Agency worker suitability record</w:t>
      </w:r>
    </w:p>
    <w:p>
      <w:pPr>
        <w:spacing w:before="0" w:after="120"/>
      </w:pPr>
      <w:r>
        <w:rPr>
          <w:rFonts w:ascii="Calibri" w:hAnsi="Calibri" w:eastAsia="Calibri" w:cs="Calibri"/>
          <w:b w:val="0"/>
          <w:i w:val="0"/>
          <w:color w:val="5A5A5A"/>
          <w:sz w:val="16"/>
        </w:rPr>
        <w:t>Conduct of Employment Agencies and Employment Businesses Regulations 2003, regulations 18 to 22. One record per introduction or supply. Taken only from the hirer’s booking, the work-seeker’s documents and the agency’s notes; a blank box means not yet obtained.</w:t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Work-seeker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Owen Treharne</w:t>
            </w:r>
          </w:p>
        </w:tc>
        <w:tc>
          <w:tcPr>
            <w:tcW w:type="dxa" w:w="4989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Hirer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Corrigan Hart Housing Association</w:t>
            </w:r>
          </w:p>
        </w:tc>
      </w:tr>
    </w:tbl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We are acting as</w:t>
            </w:r>
          </w:p>
          <w:p>
            <w:pPr>
              <w:spacing w:before="2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 Employment business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 Employment agency</w:t>
            </w:r>
          </w:p>
        </w:tc>
        <w:tc>
          <w:tcPr>
            <w:tcW w:type="dxa" w:w="4989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Agency / business name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Ashby Lane Interim Ltd</w:t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1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Information from the hirer (regulation 18)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Hirer’s identity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Corrigan Hart Housing Association</w:t>
            </w:r>
          </w:p>
        </w:tc>
        <w:tc>
          <w:tcPr>
            <w:tcW w:type="dxa" w:w="4989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Nature of the hirer’s business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Housing association, 6,200 homes across the East Midlands</w:t>
            </w:r>
          </w:p>
        </w:tc>
      </w:tr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Position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Finance Business Partner (permanent)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Start date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Likely duration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Permanent</w:t>
            </w:r>
          </w:p>
        </w:tc>
      </w:tr>
      <w:tr>
        <w:trPr>
          <w:cantSplit/>
        </w:trPr>
        <w:tc>
          <w:tcPr>
            <w:tcW w:type="dxa" w:w="9977"/>
            <w:gridSpan w:val="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Type of work and duties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Business partnering for the repairs and maintenance division; budgets, forecasts and monthly reporting</w:t>
            </w:r>
          </w:p>
        </w:tc>
      </w:tr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Location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Head office, Loughborough; hybrid, 3 days in the office</w:t>
            </w:r>
          </w:p>
        </w:tc>
        <w:tc>
          <w:tcPr>
            <w:tcW w:type="dxa" w:w="4989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Hours of work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37 hours a week</w:t>
            </w:r>
          </w:p>
        </w:tc>
      </w:tr>
      <w:tr>
        <w:trPr>
          <w:cantSplit/>
        </w:trPr>
        <w:tc>
          <w:tcPr>
            <w:tcW w:type="dxa" w:w="9977"/>
            <w:gridSpan w:val="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Known health and safety risks and the steps the hirer has taken to prevent or control them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None known</w:t>
            </w:r>
          </w:p>
        </w:tc>
      </w:tr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Expenses payable by or to the work-seeker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  <w:tc>
          <w:tcPr>
            <w:tcW w:type="dxa" w:w="4989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Information obtained on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07/10/2026</w:t>
            </w:r>
          </w:p>
        </w:tc>
      </w:tr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Minimum rate of pay and other benefits offered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£52,000 to £56,000; 26 days' holiday plus bank holidays; 8% employer pension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Pay intervals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Monthly</w:t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Notice (to give / to receive)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2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Confirmation about the work-seeker (regulation 19)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Identity confirmed</w:t>
            </w:r>
          </w:p>
          <w:p>
            <w:pPr>
              <w:spacing w:before="2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 Yes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 No</w:t>
            </w:r>
          </w:p>
        </w:tc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How (documents seen)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Date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</w:tr>
    </w:tbl>
    <w:p>
      <w:pPr>
        <w:spacing w:before="0" w:after="0" w:line="8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keepNext/>
        <w:spacing w:before="40" w:after="60"/>
      </w:pPr>
      <w:r>
        <w:rPr>
          <w:rFonts w:ascii="Calibri" w:hAnsi="Calibri" w:eastAsia="Calibri" w:cs="Calibri"/>
          <w:b/>
          <w:i w:val="0"/>
          <w:color w:val="1F2226"/>
          <w:sz w:val="19"/>
        </w:rPr>
        <w:t>Experience, training, qualifications and authorisations required</w:t>
      </w:r>
    </w:p>
    <w:tbl>
      <w:tblPr>
        <w:tblLook w:firstColumn="1" w:firstRow="1" w:lastColumn="0" w:lastRow="0" w:noHBand="0" w:noVBand="1" w:val="04A0"/>
        <w:tblW w:w="9979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3515"/>
        <w:gridCol w:w="1701"/>
        <w:gridCol w:w="3402"/>
        <w:gridCol w:w="1361"/>
      </w:tblGrid>
      <w:tr>
        <w:trPr>
          <w:tblHeader/>
          <w:cantSplit/>
        </w:trPr>
        <w:tc>
          <w:tcPr>
            <w:tcW w:type="dxa" w:w="3515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Requirement</w:t>
            </w:r>
          </w:p>
        </w:tc>
        <w:tc>
          <w:tcPr>
            <w:tcW w:type="dxa" w:w="1701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Required by</w:t>
            </w:r>
          </w:p>
        </w:tc>
        <w:tc>
          <w:tcPr>
            <w:tcW w:type="dxa" w:w="3402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Evidence seen</w:t>
            </w:r>
          </w:p>
        </w:tc>
        <w:tc>
          <w:tcPr>
            <w:tcW w:type="dxa" w:w="1361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Confirmed</w:t>
            </w:r>
          </w:p>
        </w:tc>
      </w:tr>
      <w:tr>
        <w:trPr>
          <w:cantSplit/>
        </w:trPr>
        <w:tc>
          <w:tcPr>
            <w:tcW w:type="dxa" w:w="351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CIMA or ACCA qualified</w:t>
            </w:r>
          </w:p>
        </w:tc>
        <w:tc>
          <w:tcPr>
            <w:tcW w:type="dxa" w:w="170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Hirer</w:t>
            </w:r>
          </w:p>
        </w:tc>
        <w:tc>
          <w:tcPr>
            <w:tcW w:type="dxa" w:w="340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CV: ACCA member since 2018</w:t>
            </w:r>
          </w:p>
        </w:tc>
        <w:tc>
          <w:tcPr>
            <w:tcW w:type="dxa" w:w="136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spacing w:before="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7"/>
              </w:rPr>
              <w:t xml:space="preserve"> Yes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7"/>
              </w:rPr>
              <w:t xml:space="preserve"> No</w:t>
            </w:r>
          </w:p>
        </w:tc>
      </w:tr>
      <w:tr>
        <w:trPr>
          <w:cantSplit/>
        </w:trPr>
        <w:tc>
          <w:tcPr>
            <w:tcW w:type="dxa" w:w="351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Housing or public sector finance experience</w:t>
            </w:r>
          </w:p>
        </w:tc>
        <w:tc>
          <w:tcPr>
            <w:tcW w:type="dxa" w:w="170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Hirer</w:t>
            </w:r>
          </w:p>
        </w:tc>
        <w:tc>
          <w:tcPr>
            <w:tcW w:type="dxa" w:w="340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CV: 4 years at Fenland Homes</w:t>
            </w:r>
          </w:p>
        </w:tc>
        <w:tc>
          <w:tcPr>
            <w:tcW w:type="dxa" w:w="136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spacing w:before="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7"/>
              </w:rPr>
              <w:t xml:space="preserve"> Yes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7"/>
              </w:rPr>
              <w:t xml:space="preserve"> No</w:t>
            </w:r>
          </w:p>
        </w:tc>
      </w:tr>
    </w:tbl>
    <w:p>
      <w:pPr>
        <w:spacing w:before="0" w:after="0" w:line="8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Willing to work in the position</w:t>
            </w:r>
          </w:p>
          <w:p>
            <w:pPr>
              <w:spacing w:before="2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 Yes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 No</w:t>
            </w:r>
          </w:p>
        </w:tc>
        <w:tc>
          <w:tcPr>
            <w:tcW w:type="dxa" w:w="4989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Confirmed on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16/10/2026</w:t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3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Protection of the work-seeker and the hirer (regulation 20)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8050"/>
        <w:gridCol w:w="1928"/>
      </w:tblGrid>
      <w:tr>
        <w:trPr>
          <w:cantSplit/>
        </w:trPr>
        <w:tc>
          <w:tcPr>
            <w:tcW w:type="dxa" w:w="8050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60" w:type="dxa"/>
              <w:left w:w="95" w:type="dxa"/>
              <w:bottom w:w="60" w:type="dxa"/>
              <w:right w:w="95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>The work-seeker and the hirer have been told of any legal or professional body requirements for the position</w:t>
            </w:r>
          </w:p>
        </w:tc>
        <w:tc>
          <w:tcPr>
            <w:tcW w:type="dxa" w:w="1928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60" w:type="dxa"/>
              <w:left w:w="95" w:type="dxa"/>
              <w:bottom w:w="60" w:type="dxa"/>
              <w:right w:w="95" w:type="dxa"/>
            </w:tcMar>
          </w:tcPr>
          <w:p>
            <w:pPr>
              <w:spacing w:before="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Yes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No</w:t>
            </w:r>
          </w:p>
        </w:tc>
      </w:tr>
      <w:tr>
        <w:trPr>
          <w:cantSplit/>
        </w:trPr>
        <w:tc>
          <w:tcPr>
            <w:tcW w:type="dxa" w:w="8050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60" w:type="dxa"/>
              <w:left w:w="95" w:type="dxa"/>
              <w:bottom w:w="60" w:type="dxa"/>
              <w:right w:w="95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>Enquiries made that the placement would not be detrimental to the interests of the work-seeker or the hirer</w:t>
            </w:r>
          </w:p>
        </w:tc>
        <w:tc>
          <w:tcPr>
            <w:tcW w:type="dxa" w:w="1928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60" w:type="dxa"/>
              <w:left w:w="95" w:type="dxa"/>
              <w:bottom w:w="60" w:type="dxa"/>
              <w:right w:w="95" w:type="dxa"/>
            </w:tcMar>
          </w:tcPr>
          <w:p>
            <w:pPr>
              <w:spacing w:before="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Yes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No</w:t>
            </w:r>
          </w:p>
        </w:tc>
      </w:tr>
    </w:tbl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9978"/>
      </w:tblGrid>
      <w:tr>
        <w:trPr>
          <w:cantSplit/>
        </w:trPr>
        <w:tc>
          <w:tcPr>
            <w:tcW w:type="dxa" w:w="9978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Information suggesting the work-seeker may be unsuitable, and what was done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  <w:r>
              <w:rPr>
                <w:rFonts w:ascii="Calibri" w:hAnsi="Calibri" w:eastAsia="Calibri" w:cs="Calibri"/>
                <w:b w:val="0"/>
                <w:i/>
                <w:color w:val="5A5A5A"/>
                <w:sz w:val="17"/>
              </w:rPr>
              <w:t>None recorded.</w:t>
            </w: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/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4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Vulnerable persons and required qualifications (regulation 22)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7370"/>
        <w:gridCol w:w="2608"/>
      </w:tblGrid>
      <w:tr>
        <w:trPr>
          <w:cantSplit/>
        </w:trPr>
        <w:tc>
          <w:tcPr>
            <w:tcW w:type="dxa" w:w="7370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60" w:type="dxa"/>
              <w:left w:w="95" w:type="dxa"/>
              <w:bottom w:w="60" w:type="dxa"/>
              <w:right w:w="95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>The position involves working with, caring for or attending a vulnerable person</w:t>
            </w:r>
          </w:p>
        </w:tc>
        <w:tc>
          <w:tcPr>
            <w:tcW w:type="dxa" w:w="2608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60" w:type="dxa"/>
              <w:left w:w="95" w:type="dxa"/>
              <w:bottom w:w="60" w:type="dxa"/>
              <w:right w:w="95" w:type="dxa"/>
            </w:tcMar>
          </w:tcPr>
          <w:p>
            <w:pPr>
              <w:spacing w:before="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Yes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No</w:t>
            </w:r>
          </w:p>
        </w:tc>
      </w:tr>
      <w:tr>
        <w:trPr>
          <w:cantSplit/>
        </w:trPr>
        <w:tc>
          <w:tcPr>
            <w:tcW w:type="dxa" w:w="7370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60" w:type="dxa"/>
              <w:left w:w="95" w:type="dxa"/>
              <w:bottom w:w="60" w:type="dxa"/>
              <w:right w:w="95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>A qualification or authorisation is required by law or a professional body</w:t>
            </w:r>
          </w:p>
        </w:tc>
        <w:tc>
          <w:tcPr>
            <w:tcW w:type="dxa" w:w="2608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60" w:type="dxa"/>
              <w:left w:w="95" w:type="dxa"/>
              <w:bottom w:w="60" w:type="dxa"/>
              <w:right w:w="95" w:type="dxa"/>
            </w:tcMar>
          </w:tcPr>
          <w:p>
            <w:pPr>
              <w:spacing w:before="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Yes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No</w:t>
            </w:r>
          </w:p>
        </w:tc>
      </w:tr>
      <w:tr>
        <w:trPr>
          <w:cantSplit/>
        </w:trPr>
        <w:tc>
          <w:tcPr>
            <w:tcW w:type="dxa" w:w="7370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60" w:type="dxa"/>
              <w:left w:w="95" w:type="dxa"/>
              <w:bottom w:w="60" w:type="dxa"/>
              <w:right w:w="95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>Copies of the relevant qualifications and authorisations obtained</w:t>
            </w:r>
          </w:p>
        </w:tc>
        <w:tc>
          <w:tcPr>
            <w:tcW w:type="dxa" w:w="2608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60" w:type="dxa"/>
              <w:left w:w="95" w:type="dxa"/>
              <w:bottom w:w="60" w:type="dxa"/>
              <w:right w:w="95" w:type="dxa"/>
            </w:tcMar>
          </w:tcPr>
          <w:p>
            <w:pPr>
              <w:spacing w:before="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Yes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No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N/A</w:t>
            </w:r>
          </w:p>
        </w:tc>
      </w:tr>
      <w:tr>
        <w:trPr>
          <w:cantSplit/>
        </w:trPr>
        <w:tc>
          <w:tcPr>
            <w:tcW w:type="dxa" w:w="7370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60" w:type="dxa"/>
              <w:left w:w="95" w:type="dxa"/>
              <w:bottom w:w="60" w:type="dxa"/>
              <w:right w:w="95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>Copies offered to the hirer</w:t>
            </w:r>
          </w:p>
        </w:tc>
        <w:tc>
          <w:tcPr>
            <w:tcW w:type="dxa" w:w="2608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60" w:type="dxa"/>
              <w:left w:w="95" w:type="dxa"/>
              <w:bottom w:w="60" w:type="dxa"/>
              <w:right w:w="95" w:type="dxa"/>
            </w:tcMar>
          </w:tcPr>
          <w:p>
            <w:pPr>
              <w:spacing w:before="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Yes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No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N/A</w:t>
            </w:r>
          </w:p>
        </w:tc>
      </w:tr>
    </w:tbl>
    <w:p>
      <w:pPr>
        <w:spacing w:before="0" w:after="0" w:line="8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keepNext/>
        <w:spacing w:before="40" w:after="60"/>
      </w:pPr>
      <w:r>
        <w:rPr>
          <w:rFonts w:ascii="Calibri" w:hAnsi="Calibri" w:eastAsia="Calibri" w:cs="Calibri"/>
          <w:b/>
          <w:i w:val="0"/>
          <w:color w:val="1F2226"/>
          <w:sz w:val="19"/>
        </w:rPr>
        <w:t>References (two, from people who are not relatives)</w:t>
      </w:r>
    </w:p>
    <w:p>
      <w:pPr>
        <w:spacing w:before="0" w:after="40"/>
      </w:pPr>
      <w:r>
        <w:rPr>
          <w:rFonts w:ascii="Calibri" w:hAnsi="Calibri" w:eastAsia="Calibri" w:cs="Calibri"/>
          <w:b w:val="0"/>
          <w:i/>
          <w:color w:val="5A5A5A"/>
          <w:sz w:val="17"/>
        </w:rPr>
        <w:t>No references recorded yet.</w:t>
      </w:r>
    </w:p>
    <w:p>
      <w:pPr>
        <w:spacing w:before="0" w:after="0" w:line="8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Reference copies offered to the hirer</w:t>
            </w:r>
          </w:p>
          <w:p>
            <w:pPr>
              <w:spacing w:before="2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 Yes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 No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 N/A</w:t>
            </w:r>
          </w:p>
        </w:tc>
        <w:tc>
          <w:tcPr>
            <w:tcW w:type="dxa" w:w="4989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All the steps above completed</w:t>
            </w:r>
          </w:p>
          <w:p>
            <w:pPr>
              <w:spacing w:before="2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 Yes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 No</w:t>
            </w:r>
          </w:p>
        </w:tc>
      </w:tr>
    </w:tbl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9978"/>
      </w:tblGrid>
      <w:tr>
        <w:trPr>
          <w:cantSplit/>
        </w:trPr>
        <w:tc>
          <w:tcPr>
            <w:tcW w:type="dxa" w:w="9978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Other steps taken to confirm suitability (e.g. DBS check)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  <w:r>
              <w:rPr>
                <w:rFonts w:ascii="Calibri" w:hAnsi="Calibri" w:eastAsia="Calibri" w:cs="Calibri"/>
                <w:b w:val="0"/>
                <w:i/>
                <w:color w:val="5A5A5A"/>
                <w:sz w:val="17"/>
              </w:rPr>
              <w:t>None recorded.</w:t>
            </w: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/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5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Information given (regulation 21)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Work-seeker proposed to the hirer on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16/10/2026</w:t>
            </w:r>
          </w:p>
        </w:tc>
        <w:tc>
          <w:tcPr>
            <w:tcW w:type="dxa" w:w="4989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Information given</w:t>
            </w:r>
          </w:p>
          <w:p>
            <w:pPr>
              <w:spacing w:before="2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 In writing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9"/>
              </w:rPr>
              <w:t xml:space="preserve"> Orally</w:t>
            </w:r>
          </w:p>
        </w:tc>
      </w:tr>
      <w:tr>
        <w:trPr>
          <w:cantSplit/>
        </w:trPr>
        <w:tc>
          <w:tcPr>
            <w:tcW w:type="dxa" w:w="9977"/>
            <w:gridSpan w:val="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Written confirmation sent on (by the end of the third business day)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16/10/2026</w:t>
            </w:r>
          </w:p>
        </w:tc>
      </w:tr>
      <w:tr>
        <w:trPr>
          <w:cantSplit/>
        </w:trPr>
        <w:tc>
          <w:tcPr>
            <w:tcW w:type="dxa" w:w="9977"/>
            <w:gridSpan w:val="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Hirer’s information (regulation 18) given to the work-seeker on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6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Completed by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Name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Rachel Ostrowski</w:t>
            </w:r>
          </w:p>
        </w:tc>
        <w:tc>
          <w:tcPr>
            <w:tcW w:type="dxa" w:w="4989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Position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tcW w:type="dxa" w:w="7482"/>
            <w:gridSpan w:val="3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Signature</w:t>
            </w:r>
          </w:p>
          <w:p>
            <w:pPr>
              <w:spacing w:before="20" w:after="0"/>
            </w:pP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Date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</w:tr>
    </w:tbl>
    <w:p>
      <w:pPr>
        <w:spacing w:before="0" w:after="0" w:line="28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9978"/>
      </w:tblGrid>
      <w:tr>
        <w:tc>
          <w:tcPr>
            <w:tcW w:type="dxa" w:w="9978"/>
            <w:tcBorders>
              <w:top w:val="dashed" w:sz="8" w:space="0" w:color="5F6B77"/>
              <w:left w:val="dashed" w:sz="8" w:space="0" w:color="5F6B77"/>
              <w:bottom w:val="dashed" w:sz="8" w:space="0" w:color="5F6B77"/>
              <w:right w:val="dashed" w:sz="8" w:space="0" w:color="5F6B77"/>
            </w:tcBorders>
            <w:tcMar>
              <w:top w:w="140" w:type="dxa"/>
              <w:left w:w="200" w:type="dxa"/>
              <w:bottom w:w="140" w:type="dxa"/>
              <w:right w:w="200" w:type="dxa"/>
            </w:tcMar>
          </w:tcPr>
          <w:p>
            <w:pPr>
              <w:keepNext/>
              <w:spacing w:before="0" w:after="2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9"/>
              </w:rPr>
              <w:t>Agency use only  ·  Still needed before introduction or supply</w:t>
            </w:r>
          </w:p>
          <w:p>
            <w:pPr>
              <w:keepNext/>
              <w:spacing w:before="0" w:after="8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6"/>
              </w:rPr>
              <w:t>Obtain these, then delete this box before the form is sent.</w:t>
            </w:r>
          </w:p>
          <w:p>
            <w:pPr>
              <w:tabs>
                <w:tab w:pos="255" w:val="left"/>
              </w:tabs>
              <w:spacing w:before="20" w:after="0"/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1F2226"/>
                <w:sz w:val="19"/>
              </w:rPr>
              <w:t>☐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ab/>
              <w:t xml:space="preserve">Confirm Owen Treharne's identity (documents seen and date)</w:t>
            </w:r>
          </w:p>
          <w:p>
            <w:pPr>
              <w:tabs>
                <w:tab w:pos="255" w:val="left"/>
              </w:tabs>
              <w:spacing w:before="20" w:after="0"/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1F2226"/>
                <w:sz w:val="19"/>
              </w:rPr>
              <w:t>☐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ab/>
              <w:t xml:space="preserve">Check ACCA membership on the ACCA register</w:t>
            </w:r>
          </w:p>
          <w:p>
            <w:pPr>
              <w:tabs>
                <w:tab w:pos="255" w:val="left"/>
              </w:tabs>
              <w:spacing w:before="20" w:after="0"/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1F2226"/>
                <w:sz w:val="19"/>
              </w:rPr>
              <w:t>☐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ab/>
              <w:t xml:space="preserve">Start date from Corrigan Hart</w:t>
            </w:r>
          </w:p>
          <w:p>
            <w:pPr>
              <w:tabs>
                <w:tab w:pos="255" w:val="left"/>
              </w:tabs>
              <w:spacing w:before="20" w:after="0"/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1F2226"/>
                <w:sz w:val="19"/>
              </w:rPr>
              <w:t>☐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ab/>
              <w:t xml:space="preserve">Notice periods the role carries</w:t>
            </w:r>
          </w:p>
          <w:p>
            <w:pPr>
              <w:tabs>
                <w:tab w:pos="255" w:val="left"/>
              </w:tabs>
              <w:spacing w:before="20" w:after="0"/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1F2226"/>
                <w:sz w:val="19"/>
              </w:rPr>
              <w:t>☐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ab/>
              <w:t xml:space="preserve">Give Owen the hirer's information in writing</w:t>
            </w:r>
          </w:p>
          <w:p>
            <w:pPr>
              <w:tabs>
                <w:tab w:pos="255" w:val="left"/>
              </w:tabs>
              <w:spacing w:before="20" w:after="0"/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1F2226"/>
                <w:sz w:val="19"/>
              </w:rPr>
              <w:t>☐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ab/>
              <w:t xml:space="preserve">Tell both parties of any professional body requirements</w:t>
            </w:r>
          </w:p>
        </w:tc>
      </w:tr>
    </w:tbl>
    <w:p>
      <w:pPr>
        <w:spacing w:before="0" w:after="0" w:line="2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964" w:bottom="907" w:left="964" w:header="425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6" w:space="6" w:color="DFE0E1"/>
      </w:pBdr>
    </w:pPr>
    <w:r/>
    <w:r>
      <w:rPr>
        <w:rFonts w:ascii="Calibri" w:hAnsi="Calibri" w:eastAsia="Calibri" w:cs="Calibri"/>
        <w:b w:val="0"/>
        <w:i w:val="0"/>
        <w:color w:val="6B6D70"/>
        <w:sz w:val="14"/>
      </w:rPr>
      <w:t>Formatix template for UK employment agencies and employment businesses (Conduct Regulations 2003). Not an official form. This template does not give legal advice.</w:t>
    </w:r>
  </w:p>
  <w:p>
    <w:pPr>
      <w:tabs>
        <w:tab w:pos="9978" w:val="right"/>
      </w:tabs>
      <w:spacing w:before="40" w:after="0"/>
    </w:pPr>
    <w:r>
      <w:rPr>
        <w:rFonts w:ascii="Calibri" w:hAnsi="Calibri" w:eastAsia="Calibri" w:cs="Calibri"/>
        <w:b w:val="0"/>
        <w:i w:val="0"/>
        <w:color w:val="6B6D70"/>
        <w:sz w:val="14"/>
      </w:rPr>
      <w:t>Template by Formatix.AI — formatix.ai/templates</w:t>
    </w:r>
    <w:r>
      <w:rPr>
        <w:rFonts w:ascii="Calibri" w:hAnsi="Calibri" w:eastAsia="Calibri" w:cs="Calibri"/>
        <w:b w:val="0"/>
        <w:i w:val="0"/>
        <w:sz w:val="14"/>
      </w:rPr>
      <w:tab/>
    </w:r>
    <w:r>
      <w:rPr>
        <w:rFonts w:ascii="Calibri" w:hAnsi="Calibri" w:eastAsia="Calibri" w:cs="Calibri"/>
        <w:b w:val="0"/>
        <w:i w:val="0"/>
        <w:color w:val="6B6D70"/>
        <w:sz w:val="14"/>
      </w:rPr>
      <w:t xml:space="preserve">Page </w:t>
    </w:r>
    <w:r>
      <w:rPr>
        <w:rFonts w:ascii="Calibri" w:hAnsi="Calibri"/>
        <w:color w:val="6B6D70"/>
        <w:sz w:val="14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Calibri" w:hAnsi="Calibri" w:eastAsia="Calibri" w:cs="Calibri"/>
        <w:b w:val="0"/>
        <w:i w:val="0"/>
        <w:color w:val="6B6D70"/>
        <w:sz w:val="14"/>
      </w:rPr>
      <w:t xml:space="preserve"> of </w:t>
    </w:r>
    <w:r>
      <w:rPr>
        <w:rFonts w:ascii="Calibri" w:hAnsi="Calibri"/>
        <w:color w:val="6B6D70"/>
        <w:sz w:val="14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978" w:val="right"/>
      </w:tabs>
      <w:pBdr>
        <w:bottom w:val="single" w:sz="6" w:space="6" w:color="DFE0E1"/>
      </w:pBdr>
    </w:pPr>
    <w:r/>
    <w:r>
      <w:drawing>
        <wp:inline xmlns:a="http://schemas.openxmlformats.org/drawingml/2006/main" xmlns:pic="http://schemas.openxmlformats.org/drawingml/2006/picture">
          <wp:extent cx="792000" cy="19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your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92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libri" w:hAnsi="Calibri" w:eastAsia="Calibri" w:cs="Calibri"/>
        <w:b w:val="0"/>
        <w:i w:val="0"/>
      </w:rPr>
      <w:tab/>
    </w:r>
    <w:r>
      <w:rPr>
        <w:rFonts w:ascii="Calibri" w:hAnsi="Calibri" w:eastAsia="Calibri" w:cs="Calibri"/>
        <w:b/>
        <w:i w:val="0"/>
        <w:caps/>
        <w:color w:val="5F6B77"/>
        <w:sz w:val="15"/>
        <w:spacing w:val="20"/>
      </w:rPr>
      <w:t>Suitability record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0" w:line="250" w:lineRule="auto"/>
    </w:pPr>
    <w:rPr>
      <w:rFonts w:ascii="Calibri" w:hAnsi="Calibri" w:eastAsia="Calibri"/>
      <w:color w:val="1F222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libri" w:hAnsi="Calibri"/>
      <w:color w:val="1F2226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Agency Worker Suitability Record (Conduct Regulations)</dc:title>
  <dc:subject>Recruitment template</dc:subject>
  <dc:creator>Your Firm</dc:creator>
  <cp:keywords/>
  <dc:description>Example filled with a fictional candidate. Overwrite it with your own.</dc:description>
  <cp:lastModifiedBy>Your Firm</cp:lastModifiedBy>
  <cp:revision>1</cp:revision>
  <dcterms:created xsi:type="dcterms:W3CDTF">2013-12-23T23:15:00Z</dcterms:created>
  <dcterms:modified xsi:type="dcterms:W3CDTF">2013-12-23T23:15:00Z</dcterms:modified>
  <cp:category>Template</cp:category>
  <dc:identifier/>
  <dc:language/>
</cp:coreProperties>
</file>