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Dariusz Kowalczyk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Class 1 driver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categories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B, C, C+E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check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20/10/2026, 3 points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Driver CPC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International, valid to 14/03/2028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Tacho card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02/09/2029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Nights, nights out accepted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Wakefield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Class 1 driver, nine years on trunking and multi-drop. Curtain-siders and fridges. Comfortable with roll cages and tail lifts.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Tickets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84"/>
        <w:gridCol w:w="2268"/>
      </w:tblGrid>
      <w:tr>
        <w:trPr>
          <w:tblHeader/>
        </w:trPr>
        <w:tc>
          <w:tcPr>
            <w:tcW w:type="dxa" w:w="748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Ticket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748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ADR packages and tanks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05/06/2026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7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48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Forklift counterbalance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Driving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4366"/>
        <w:gridCol w:w="3515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4366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or operator</w:t>
            </w:r>
          </w:p>
        </w:tc>
        <w:tc>
          <w:tcPr>
            <w:tcW w:type="dxa" w:w="3515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Vehicles and work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2022 - 10/2026</w:t>
            </w:r>
          </w:p>
        </w:tc>
        <w:tc>
          <w:tcPr>
            <w:tcW w:type="dxa" w:w="4366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Calder &amp; Aire Logistics</w:t>
            </w:r>
          </w:p>
        </w:tc>
        <w:tc>
          <w:tcPr>
            <w:tcW w:type="dxa" w:w="3515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Artic trunking, overnight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2017 - 2022</w:t>
            </w:r>
          </w:p>
        </w:tc>
        <w:tc>
          <w:tcPr>
            <w:tcW w:type="dxa" w:w="4366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Krajowy Transport, Poznań</w:t>
            </w:r>
          </w:p>
        </w:tc>
        <w:tc>
          <w:tcPr>
            <w:tcW w:type="dxa" w:w="3515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Class 1 international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and card details are as stated. Check the licence with DVLA before the driver starts.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Kelly Armitage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7.5 tonne delivery driver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categories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C1 (from CV)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check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Driver CPC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Tacho card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Days, Monday to Saturday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Huddersfield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Multi-drop furniture and parcels on 7.5 tonne box vans with tail lift.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Tickets</w:t>
      </w:r>
    </w:p>
    <w:p>
      <w:pPr>
        <w:spacing w:before="0" w:after="0"/>
      </w:pPr>
      <w:r>
        <w:rPr>
          <w:rFonts w:ascii="Calibri" w:hAnsi="Calibri" w:eastAsia="Calibri" w:cs="Calibri"/>
          <w:b w:val="0"/>
          <w:i/>
          <w:color w:val="6B6B6B"/>
          <w:sz w:val="18"/>
        </w:rPr>
        <w:t>No tickets stated.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Driving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4366"/>
        <w:gridCol w:w="3515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4366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or operator</w:t>
            </w:r>
          </w:p>
        </w:tc>
        <w:tc>
          <w:tcPr>
            <w:tcW w:type="dxa" w:w="3515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Vehicles and work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2019 - 09/2026</w:t>
            </w:r>
          </w:p>
        </w:tc>
        <w:tc>
          <w:tcPr>
            <w:tcW w:type="dxa" w:w="4366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Holme &amp; Valley Furniture</w:t>
            </w:r>
          </w:p>
        </w:tc>
        <w:tc>
          <w:tcPr>
            <w:tcW w:type="dxa" w:w="3515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7.5t two-man delivery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and card details are as stated. Check the licence with DVLA before the driver starts.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Imran Sheikh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Class 2 driver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categories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B, C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check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01/10/2026, no points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Driver CPC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National, valid to 11/11/2029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Tacho card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18/12/2026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Days only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Bradford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Chilled and frozen deliveries to supermarket and catering sites.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Tickets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484"/>
        <w:gridCol w:w="2268"/>
      </w:tblGrid>
      <w:tr>
        <w:trPr>
          <w:tblHeader/>
        </w:trPr>
        <w:tc>
          <w:tcPr>
            <w:tcW w:type="dxa" w:w="748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Ticket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748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Food safety Level 2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Driving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4366"/>
        <w:gridCol w:w="3515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4366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or operator</w:t>
            </w:r>
          </w:p>
        </w:tc>
        <w:tc>
          <w:tcPr>
            <w:tcW w:type="dxa" w:w="3515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Vehicles and work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2020 - 2026</w:t>
            </w:r>
          </w:p>
        </w:tc>
        <w:tc>
          <w:tcPr>
            <w:tcW w:type="dxa" w:w="4366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Aire Valley Foods</w:t>
            </w:r>
          </w:p>
        </w:tc>
        <w:tc>
          <w:tcPr>
            <w:tcW w:type="dxa" w:w="3515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18 tonne chilled rigid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2017 - 2020</w:t>
            </w:r>
          </w:p>
        </w:tc>
        <w:tc>
          <w:tcPr>
            <w:tcW w:type="dxa" w:w="4366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Moorside Transport</w:t>
            </w:r>
          </w:p>
        </w:tc>
        <w:tc>
          <w:tcPr>
            <w:tcW w:type="dxa" w:w="3515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Class 2 general haulage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and card details are as stated. Check the licence with DVLA before the driver starts.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907" w:left="1077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driver agencies and transport employers. Not an official form.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Agency Driver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Driver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